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D67936" w:rsidRDefault="00E3627E">
      <w:pPr>
        <w:jc w:val="center"/>
      </w:pPr>
      <w:r>
        <w:rPr>
          <w:noProof/>
        </w:rPr>
        <w:drawing>
          <wp:inline distT="0" distB="0" distL="0" distR="0" wp14:anchorId="0141CB01" wp14:editId="07777777">
            <wp:extent cx="1280160" cy="1202028"/>
            <wp:effectExtent l="0" t="0" r="0" b="0"/>
            <wp:docPr id="1" name="Picture 1">
              <a:extLst xmlns:a="http://schemas.openxmlformats.org/drawingml/2006/main">
                <a:ext uri="{FF2B5EF4-FFF2-40B4-BE49-F238E27FC236}">
                  <a16:creationId xmlns:a16="http://schemas.microsoft.com/office/drawing/2014/main" id="{8057DCB2-7FDE-4A05-90F6-876674EA41C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6"/>
                    <a:stretch>
                      <a:fillRect/>
                    </a:stretch>
                  </pic:blipFill>
                  <pic:spPr>
                    <a:xfrm>
                      <a:off x="0" y="0"/>
                      <a:ext cx="1280160" cy="1202028"/>
                    </a:xfrm>
                    <a:prstGeom prst="rect">
                      <a:avLst/>
                    </a:prstGeom>
                  </pic:spPr>
                </pic:pic>
              </a:graphicData>
            </a:graphic>
          </wp:inline>
        </w:drawing>
      </w:r>
    </w:p>
    <w:p w14:paraId="6981AC83" w14:textId="77777777" w:rsidR="00D67936" w:rsidRDefault="00E3627E">
      <w:pPr>
        <w:jc w:val="center"/>
      </w:pPr>
      <w:r>
        <w:rPr>
          <w:b/>
        </w:rPr>
        <w:t>SCOIL MHUIRE ALLENWOOD</w:t>
      </w:r>
    </w:p>
    <w:p w14:paraId="4C6C51F9" w14:textId="77777777" w:rsidR="00D67936" w:rsidRDefault="00E3627E">
      <w:pPr>
        <w:jc w:val="center"/>
      </w:pPr>
      <w:r>
        <w:rPr>
          <w:b/>
        </w:rPr>
        <w:t>Parent, Guardian and Visitor Respectful Engagement Policy</w:t>
      </w:r>
    </w:p>
    <w:p w14:paraId="74FBA8AC" w14:textId="77777777" w:rsidR="00D67936" w:rsidRDefault="00E3627E">
      <w:pPr>
        <w:jc w:val="center"/>
      </w:pPr>
      <w:r>
        <w:rPr>
          <w:b/>
        </w:rPr>
        <w:t>Incorporating Parent Code of Conduct</w:t>
      </w:r>
    </w:p>
    <w:p w14:paraId="2E338F68" w14:textId="77777777" w:rsidR="00D67936" w:rsidRDefault="00E3627E">
      <w:pPr>
        <w:jc w:val="center"/>
      </w:pPr>
      <w:r>
        <w:rPr>
          <w:b/>
        </w:rPr>
        <w:t>Version 2.0</w:t>
      </w:r>
    </w:p>
    <w:p w14:paraId="32A36C38" w14:textId="77777777" w:rsidR="00D67936" w:rsidRDefault="00E3627E">
      <w:pPr>
        <w:pStyle w:val="Heading1"/>
      </w:pPr>
      <w:r>
        <w:t>1. Introduction</w:t>
      </w:r>
    </w:p>
    <w:p w14:paraId="09C3119D" w14:textId="77777777" w:rsidR="00D67936" w:rsidRPr="00FD01D5" w:rsidRDefault="00E3627E">
      <w:pPr>
        <w:rPr>
          <w:sz w:val="24"/>
          <w:szCs w:val="24"/>
        </w:rPr>
      </w:pPr>
      <w:r w:rsidRPr="00FD01D5">
        <w:rPr>
          <w:sz w:val="24"/>
          <w:szCs w:val="24"/>
        </w:rPr>
        <w:t>This policy promotes respectful partnership between home and school and protects the dignity, safety and wellbeing of staff.</w:t>
      </w:r>
    </w:p>
    <w:p w14:paraId="6238CDA8" w14:textId="77777777" w:rsidR="00D67936" w:rsidRDefault="00E3627E">
      <w:pPr>
        <w:pStyle w:val="Heading1"/>
      </w:pPr>
      <w:r>
        <w:t>2. Legal and Policy Framework</w:t>
      </w:r>
    </w:p>
    <w:p w14:paraId="0650143F" w14:textId="3622030B" w:rsidR="00D67936" w:rsidRDefault="5E3435A7">
      <w:r>
        <w:t xml:space="preserve">Education Act 1998; Education Welfare Act 2000; Safety Health and Welfare at Work Act 2005; Working Together (Ag Obair le Cheile); CPSMA guidance; </w:t>
      </w:r>
    </w:p>
    <w:p w14:paraId="40852D83" w14:textId="77777777" w:rsidR="000221FA" w:rsidRPr="000221FA" w:rsidRDefault="000221FA" w:rsidP="000221FA">
      <w:pPr>
        <w:rPr>
          <w:lang w:val="en-IE"/>
        </w:rPr>
      </w:pPr>
      <w:r w:rsidRPr="000221FA">
        <w:rPr>
          <w:lang w:val="en-IE"/>
        </w:rPr>
        <w:t>This policy should be read in conjunction with:</w:t>
      </w:r>
    </w:p>
    <w:p w14:paraId="502FE117" w14:textId="77777777" w:rsidR="000221FA" w:rsidRPr="000221FA" w:rsidRDefault="000221FA" w:rsidP="000221FA">
      <w:pPr>
        <w:numPr>
          <w:ilvl w:val="0"/>
          <w:numId w:val="28"/>
        </w:numPr>
        <w:rPr>
          <w:lang w:val="en-IE"/>
        </w:rPr>
      </w:pPr>
      <w:r w:rsidRPr="000221FA">
        <w:rPr>
          <w:lang w:val="en-IE"/>
        </w:rPr>
        <w:t>Dignity at Work Policy</w:t>
      </w:r>
    </w:p>
    <w:p w14:paraId="57DB1BC7" w14:textId="77777777" w:rsidR="000221FA" w:rsidRPr="000221FA" w:rsidRDefault="000221FA" w:rsidP="000221FA">
      <w:pPr>
        <w:numPr>
          <w:ilvl w:val="0"/>
          <w:numId w:val="28"/>
        </w:numPr>
        <w:rPr>
          <w:lang w:val="en-IE"/>
        </w:rPr>
      </w:pPr>
      <w:r w:rsidRPr="000221FA">
        <w:rPr>
          <w:lang w:val="en-IE"/>
        </w:rPr>
        <w:t>Child Safeguarding Statement</w:t>
      </w:r>
    </w:p>
    <w:p w14:paraId="0BC574C4" w14:textId="77777777" w:rsidR="000221FA" w:rsidRPr="000221FA" w:rsidRDefault="000221FA" w:rsidP="000221FA">
      <w:pPr>
        <w:numPr>
          <w:ilvl w:val="0"/>
          <w:numId w:val="28"/>
        </w:numPr>
        <w:rPr>
          <w:lang w:val="en-IE"/>
        </w:rPr>
      </w:pPr>
      <w:r w:rsidRPr="000221FA">
        <w:rPr>
          <w:lang w:val="en-IE"/>
        </w:rPr>
        <w:t>Code of Behaviour</w:t>
      </w:r>
    </w:p>
    <w:p w14:paraId="311D4404" w14:textId="77777777" w:rsidR="000221FA" w:rsidRPr="000221FA" w:rsidRDefault="000221FA" w:rsidP="000221FA">
      <w:pPr>
        <w:numPr>
          <w:ilvl w:val="0"/>
          <w:numId w:val="28"/>
        </w:numPr>
        <w:rPr>
          <w:lang w:val="en-IE"/>
        </w:rPr>
      </w:pPr>
      <w:r w:rsidRPr="000221FA">
        <w:rPr>
          <w:lang w:val="en-IE"/>
        </w:rPr>
        <w:t>Anti Bullying Policy</w:t>
      </w:r>
    </w:p>
    <w:p w14:paraId="4AC72BDD" w14:textId="77777777" w:rsidR="000221FA" w:rsidRPr="000221FA" w:rsidRDefault="000221FA" w:rsidP="000221FA">
      <w:pPr>
        <w:numPr>
          <w:ilvl w:val="0"/>
          <w:numId w:val="28"/>
        </w:numPr>
        <w:rPr>
          <w:lang w:val="en-IE"/>
        </w:rPr>
      </w:pPr>
      <w:r w:rsidRPr="000221FA">
        <w:rPr>
          <w:lang w:val="en-IE"/>
        </w:rPr>
        <w:t>Complaints Procedure</w:t>
      </w:r>
    </w:p>
    <w:p w14:paraId="55EA9207" w14:textId="77777777" w:rsidR="000221FA" w:rsidRPr="000221FA" w:rsidRDefault="000221FA" w:rsidP="000221FA">
      <w:pPr>
        <w:numPr>
          <w:ilvl w:val="0"/>
          <w:numId w:val="28"/>
        </w:numPr>
        <w:rPr>
          <w:lang w:val="en-IE"/>
        </w:rPr>
      </w:pPr>
      <w:r w:rsidRPr="000221FA">
        <w:rPr>
          <w:lang w:val="en-IE"/>
        </w:rPr>
        <w:t>Health and Safety Statement</w:t>
      </w:r>
    </w:p>
    <w:p w14:paraId="25209648" w14:textId="42988CDD" w:rsidR="000221FA" w:rsidRDefault="000221FA">
      <w:r w:rsidRPr="000221FA">
        <w:rPr>
          <w:lang w:val="en-IE"/>
        </w:rPr>
        <w:t>The Board of Management recognises that behaviours which breach this policy may also constitute a Dignity at Work concern where such behaviour impacts on the safety, wellbeing, dignity or professional functioning of staff members</w:t>
      </w:r>
      <w:r w:rsidR="00DA7138">
        <w:rPr>
          <w:lang w:val="en-IE"/>
        </w:rPr>
        <w:t xml:space="preserve">. </w:t>
      </w:r>
    </w:p>
    <w:p w14:paraId="4FDD72CB" w14:textId="77777777" w:rsidR="00D67936" w:rsidRDefault="00E3627E">
      <w:pPr>
        <w:pStyle w:val="Heading1"/>
      </w:pPr>
      <w:r>
        <w:t>3. Scope</w:t>
      </w:r>
    </w:p>
    <w:p w14:paraId="00A0644F" w14:textId="1C9E19A5" w:rsidR="00D67936" w:rsidRDefault="5E3435A7">
      <w:r>
        <w:t>Applies to all parents, guardians, visitors, and representatives interacting with the school in person or digitally.</w:t>
      </w:r>
    </w:p>
    <w:p w14:paraId="354A928A" w14:textId="77777777" w:rsidR="00D67936" w:rsidRDefault="00E3627E">
      <w:pPr>
        <w:pStyle w:val="Heading1"/>
      </w:pPr>
      <w:r>
        <w:lastRenderedPageBreak/>
        <w:t>4. Core Principles</w:t>
      </w:r>
    </w:p>
    <w:p w14:paraId="00825ED3" w14:textId="6CF681FC" w:rsidR="00D67936" w:rsidRDefault="5E3435A7">
      <w:r>
        <w:t>Mutual respect, partnership, dignity, fairness, confidentiality, and child-</w:t>
      </w:r>
      <w:proofErr w:type="spellStart"/>
      <w:r>
        <w:t>centred</w:t>
      </w:r>
      <w:proofErr w:type="spellEnd"/>
      <w:r>
        <w:t xml:space="preserve"> engagement.</w:t>
      </w:r>
    </w:p>
    <w:p w14:paraId="0FCB3764" w14:textId="77777777" w:rsidR="00D67936" w:rsidRDefault="00E3627E">
      <w:pPr>
        <w:pStyle w:val="Heading1"/>
      </w:pPr>
      <w:r>
        <w:t>5. Rights of Staff</w:t>
      </w:r>
    </w:p>
    <w:p w14:paraId="75990AFB" w14:textId="77777777" w:rsidR="00D67936" w:rsidRDefault="00E3627E">
      <w:r>
        <w:t>All staff have the right to work free from intimidation, harassment, bullying, abuse and threats.</w:t>
      </w:r>
    </w:p>
    <w:p w14:paraId="071A8236" w14:textId="77777777" w:rsidR="00D67936" w:rsidRDefault="00E3627E">
      <w:pPr>
        <w:pStyle w:val="Heading1"/>
      </w:pPr>
      <w:r>
        <w:t xml:space="preserve">6. Expected Standards of </w:t>
      </w:r>
      <w:proofErr w:type="spellStart"/>
      <w:r>
        <w:t>Behaviour</w:t>
      </w:r>
      <w:proofErr w:type="spellEnd"/>
    </w:p>
    <w:p w14:paraId="66641FB7" w14:textId="6A49390C" w:rsidR="00D67936" w:rsidRDefault="5E3435A7">
      <w:r>
        <w:t>Communicate respectfully, all appointments must be pre-arranged through the office, support school procedures and respect professional boundaries.</w:t>
      </w:r>
    </w:p>
    <w:p w14:paraId="59382FF8" w14:textId="77777777" w:rsidR="00DE11EF" w:rsidRPr="00DE11EF" w:rsidRDefault="00DE11EF" w:rsidP="00E65DB2">
      <w:pPr>
        <w:pStyle w:val="Heading2"/>
        <w:rPr>
          <w:lang w:val="en-IE"/>
        </w:rPr>
      </w:pPr>
      <w:r w:rsidRPr="00DE11EF">
        <w:rPr>
          <w:lang w:val="en-IE"/>
        </w:rPr>
        <w:t>6A. Practical Expectations of Parents and Guardians</w:t>
      </w:r>
    </w:p>
    <w:p w14:paraId="5B951AAE" w14:textId="77777777" w:rsidR="00DE11EF" w:rsidRPr="00DE11EF" w:rsidRDefault="00DE11EF" w:rsidP="00DE11EF">
      <w:pPr>
        <w:rPr>
          <w:lang w:val="en-IE"/>
        </w:rPr>
      </w:pPr>
      <w:r w:rsidRPr="00DE11EF">
        <w:rPr>
          <w:lang w:val="en-IE"/>
        </w:rPr>
        <w:t>Parents and guardians play a vital role in the life of the school and are expected to:</w:t>
      </w:r>
    </w:p>
    <w:p w14:paraId="022D5A09" w14:textId="77FBB3FA" w:rsidR="00DE11EF" w:rsidRPr="00DE11EF" w:rsidRDefault="00DE11EF" w:rsidP="00DE11EF">
      <w:pPr>
        <w:rPr>
          <w:b/>
          <w:bCs/>
          <w:lang w:val="en-IE"/>
        </w:rPr>
      </w:pPr>
      <w:r w:rsidRPr="00DE11EF">
        <w:rPr>
          <w:b/>
          <w:bCs/>
          <w:lang w:val="en-IE"/>
        </w:rPr>
        <w:t>Support Attendance and Learning</w:t>
      </w:r>
    </w:p>
    <w:p w14:paraId="20E3B010" w14:textId="77777777" w:rsidR="00DE11EF" w:rsidRPr="00DE11EF" w:rsidRDefault="00DE11EF" w:rsidP="00DE11EF">
      <w:pPr>
        <w:numPr>
          <w:ilvl w:val="0"/>
          <w:numId w:val="10"/>
        </w:numPr>
        <w:rPr>
          <w:lang w:val="en-IE"/>
        </w:rPr>
      </w:pPr>
      <w:r w:rsidRPr="00DE11EF">
        <w:rPr>
          <w:lang w:val="en-IE"/>
        </w:rPr>
        <w:t>Ensure that children attend school regularly and punctually.</w:t>
      </w:r>
    </w:p>
    <w:p w14:paraId="59E61068" w14:textId="77777777" w:rsidR="00DE11EF" w:rsidRPr="00DE11EF" w:rsidRDefault="00DE11EF" w:rsidP="00DE11EF">
      <w:pPr>
        <w:numPr>
          <w:ilvl w:val="0"/>
          <w:numId w:val="10"/>
        </w:numPr>
        <w:rPr>
          <w:lang w:val="en-IE"/>
        </w:rPr>
      </w:pPr>
      <w:r w:rsidRPr="00DE11EF">
        <w:rPr>
          <w:lang w:val="en-IE"/>
        </w:rPr>
        <w:t>Notify the school of absences through the approved school system.</w:t>
      </w:r>
    </w:p>
    <w:p w14:paraId="6A105845" w14:textId="77777777" w:rsidR="00DE11EF" w:rsidRPr="00DE11EF" w:rsidRDefault="00DE11EF" w:rsidP="00DE11EF">
      <w:pPr>
        <w:numPr>
          <w:ilvl w:val="0"/>
          <w:numId w:val="10"/>
        </w:numPr>
        <w:rPr>
          <w:lang w:val="en-IE"/>
        </w:rPr>
      </w:pPr>
      <w:r w:rsidRPr="00DE11EF">
        <w:rPr>
          <w:lang w:val="en-IE"/>
        </w:rPr>
        <w:t>Equip pupils with the required books, materials and equipment.</w:t>
      </w:r>
    </w:p>
    <w:p w14:paraId="10173DE3" w14:textId="77777777" w:rsidR="00DE11EF" w:rsidRPr="00DE11EF" w:rsidRDefault="00DE11EF" w:rsidP="00DE11EF">
      <w:pPr>
        <w:numPr>
          <w:ilvl w:val="0"/>
          <w:numId w:val="10"/>
        </w:numPr>
        <w:rPr>
          <w:lang w:val="en-IE"/>
        </w:rPr>
      </w:pPr>
      <w:r w:rsidRPr="00DE11EF">
        <w:rPr>
          <w:lang w:val="en-IE"/>
        </w:rPr>
        <w:t>Ensure children wear the correct school uniform where applicable.</w:t>
      </w:r>
    </w:p>
    <w:p w14:paraId="66ADF9BD" w14:textId="77777777" w:rsidR="00DE11EF" w:rsidRPr="00DE11EF" w:rsidRDefault="00DE11EF" w:rsidP="00DE11EF">
      <w:pPr>
        <w:numPr>
          <w:ilvl w:val="0"/>
          <w:numId w:val="10"/>
        </w:numPr>
        <w:rPr>
          <w:lang w:val="en-IE"/>
        </w:rPr>
      </w:pPr>
      <w:r w:rsidRPr="00DE11EF">
        <w:rPr>
          <w:lang w:val="en-IE"/>
        </w:rPr>
        <w:t>Take an active interest in their child's education, learning and homework.</w:t>
      </w:r>
    </w:p>
    <w:p w14:paraId="3B52C46B" w14:textId="77777777" w:rsidR="00DE11EF" w:rsidRPr="00DE11EF" w:rsidRDefault="00DE11EF" w:rsidP="00DE11EF">
      <w:pPr>
        <w:numPr>
          <w:ilvl w:val="0"/>
          <w:numId w:val="10"/>
        </w:numPr>
        <w:rPr>
          <w:lang w:val="en-IE"/>
        </w:rPr>
      </w:pPr>
      <w:r w:rsidRPr="00DE11EF">
        <w:rPr>
          <w:lang w:val="en-IE"/>
        </w:rPr>
        <w:t>Support their child's engagement in school life.</w:t>
      </w:r>
    </w:p>
    <w:p w14:paraId="714600E7" w14:textId="4F336D5E" w:rsidR="00DE11EF" w:rsidRPr="00DE11EF" w:rsidRDefault="00DE11EF" w:rsidP="00DE11EF">
      <w:pPr>
        <w:rPr>
          <w:b/>
          <w:bCs/>
          <w:lang w:val="en-IE"/>
        </w:rPr>
      </w:pPr>
      <w:r w:rsidRPr="00DE11EF">
        <w:rPr>
          <w:b/>
          <w:bCs/>
          <w:lang w:val="en-IE"/>
        </w:rPr>
        <w:t>Support Positive Behaviour</w:t>
      </w:r>
    </w:p>
    <w:p w14:paraId="259D9B6D" w14:textId="77777777" w:rsidR="00DE11EF" w:rsidRPr="00DE11EF" w:rsidRDefault="00DE11EF" w:rsidP="00DE11EF">
      <w:pPr>
        <w:numPr>
          <w:ilvl w:val="0"/>
          <w:numId w:val="11"/>
        </w:numPr>
        <w:rPr>
          <w:lang w:val="en-IE"/>
        </w:rPr>
      </w:pPr>
      <w:r w:rsidRPr="00DE11EF">
        <w:rPr>
          <w:lang w:val="en-IE"/>
        </w:rPr>
        <w:t>Be familiar with the school's Code of Behaviour.</w:t>
      </w:r>
    </w:p>
    <w:p w14:paraId="2A6061AA" w14:textId="77777777" w:rsidR="00DE11EF" w:rsidRPr="00DE11EF" w:rsidRDefault="00DE11EF" w:rsidP="00DE11EF">
      <w:pPr>
        <w:numPr>
          <w:ilvl w:val="0"/>
          <w:numId w:val="11"/>
        </w:numPr>
        <w:rPr>
          <w:lang w:val="en-IE"/>
        </w:rPr>
      </w:pPr>
      <w:r w:rsidRPr="00DE11EF">
        <w:rPr>
          <w:lang w:val="en-IE"/>
        </w:rPr>
        <w:t>Support the implementation of school policies and procedures.</w:t>
      </w:r>
    </w:p>
    <w:p w14:paraId="4E8F9205" w14:textId="77777777" w:rsidR="00DE11EF" w:rsidRPr="00DE11EF" w:rsidRDefault="00DE11EF" w:rsidP="00DE11EF">
      <w:pPr>
        <w:numPr>
          <w:ilvl w:val="0"/>
          <w:numId w:val="11"/>
        </w:numPr>
        <w:rPr>
          <w:lang w:val="en-IE"/>
        </w:rPr>
      </w:pPr>
      <w:r w:rsidRPr="00DE11EF">
        <w:rPr>
          <w:lang w:val="en-IE"/>
        </w:rPr>
        <w:t>Encourage children to respect staff, pupils and members of the school community.</w:t>
      </w:r>
    </w:p>
    <w:p w14:paraId="74E1ACCB" w14:textId="77777777" w:rsidR="00DE11EF" w:rsidRPr="00DE11EF" w:rsidRDefault="00DE11EF" w:rsidP="00DE11EF">
      <w:pPr>
        <w:numPr>
          <w:ilvl w:val="0"/>
          <w:numId w:val="11"/>
        </w:numPr>
        <w:rPr>
          <w:lang w:val="en-IE"/>
        </w:rPr>
      </w:pPr>
      <w:r w:rsidRPr="00DE11EF">
        <w:rPr>
          <w:lang w:val="en-IE"/>
        </w:rPr>
        <w:t>Promote positive attitudes towards learning and school attendance.</w:t>
      </w:r>
    </w:p>
    <w:p w14:paraId="10AEE5EE" w14:textId="77777777" w:rsidR="00DE11EF" w:rsidRPr="00DE11EF" w:rsidRDefault="00DE11EF" w:rsidP="00DE11EF">
      <w:pPr>
        <w:numPr>
          <w:ilvl w:val="0"/>
          <w:numId w:val="11"/>
        </w:numPr>
        <w:rPr>
          <w:lang w:val="en-IE"/>
        </w:rPr>
      </w:pPr>
      <w:proofErr w:type="spellStart"/>
      <w:r w:rsidRPr="00DE11EF">
        <w:rPr>
          <w:lang w:val="en-IE"/>
        </w:rPr>
        <w:t>Co operate</w:t>
      </w:r>
      <w:proofErr w:type="spellEnd"/>
      <w:r w:rsidRPr="00DE11EF">
        <w:rPr>
          <w:lang w:val="en-IE"/>
        </w:rPr>
        <w:t xml:space="preserve"> with the school where behavioural concerns arise.</w:t>
      </w:r>
    </w:p>
    <w:p w14:paraId="20B78A71" w14:textId="77777777" w:rsidR="00DE11EF" w:rsidRPr="00DE11EF" w:rsidRDefault="00DE11EF" w:rsidP="00DE11EF">
      <w:pPr>
        <w:rPr>
          <w:b/>
          <w:bCs/>
          <w:lang w:val="en-IE"/>
        </w:rPr>
      </w:pPr>
      <w:r w:rsidRPr="00DE11EF">
        <w:rPr>
          <w:b/>
          <w:bCs/>
          <w:lang w:val="en-IE"/>
        </w:rPr>
        <w:t>Communication with the School</w:t>
      </w:r>
    </w:p>
    <w:p w14:paraId="3C46E69F" w14:textId="77777777" w:rsidR="00DE11EF" w:rsidRPr="00DE11EF" w:rsidRDefault="00DE11EF" w:rsidP="00DE11EF">
      <w:pPr>
        <w:numPr>
          <w:ilvl w:val="0"/>
          <w:numId w:val="12"/>
        </w:numPr>
        <w:rPr>
          <w:lang w:val="en-IE"/>
        </w:rPr>
      </w:pPr>
      <w:r w:rsidRPr="00DE11EF">
        <w:rPr>
          <w:lang w:val="en-IE"/>
        </w:rPr>
        <w:t>Communicate with staff in a respectful and constructive manner.</w:t>
      </w:r>
    </w:p>
    <w:p w14:paraId="070A25E0" w14:textId="77777777" w:rsidR="00DE11EF" w:rsidRPr="00DE11EF" w:rsidRDefault="00DE11EF" w:rsidP="00DE11EF">
      <w:pPr>
        <w:numPr>
          <w:ilvl w:val="0"/>
          <w:numId w:val="12"/>
        </w:numPr>
        <w:rPr>
          <w:lang w:val="en-IE"/>
        </w:rPr>
      </w:pPr>
      <w:r w:rsidRPr="00DE11EF">
        <w:rPr>
          <w:lang w:val="en-IE"/>
        </w:rPr>
        <w:t>Share information that may affect their child's welfare, learning or behaviour.</w:t>
      </w:r>
    </w:p>
    <w:p w14:paraId="2B5BBA20" w14:textId="77777777" w:rsidR="00DE11EF" w:rsidRPr="00DE11EF" w:rsidRDefault="00DE11EF" w:rsidP="00DE11EF">
      <w:pPr>
        <w:numPr>
          <w:ilvl w:val="0"/>
          <w:numId w:val="12"/>
        </w:numPr>
        <w:rPr>
          <w:lang w:val="en-IE"/>
        </w:rPr>
      </w:pPr>
      <w:r w:rsidRPr="00DE11EF">
        <w:rPr>
          <w:lang w:val="en-IE"/>
        </w:rPr>
        <w:t>Raise concerns through the appropriate channels.</w:t>
      </w:r>
    </w:p>
    <w:p w14:paraId="7900167E" w14:textId="77777777" w:rsidR="00DE11EF" w:rsidRPr="00DE11EF" w:rsidRDefault="00DE11EF" w:rsidP="00DE11EF">
      <w:pPr>
        <w:numPr>
          <w:ilvl w:val="0"/>
          <w:numId w:val="12"/>
        </w:numPr>
        <w:rPr>
          <w:lang w:val="en-IE"/>
        </w:rPr>
      </w:pPr>
      <w:r w:rsidRPr="00DE11EF">
        <w:rPr>
          <w:lang w:val="en-IE"/>
        </w:rPr>
        <w:lastRenderedPageBreak/>
        <w:t>Make appointments through the school office when wishing to meet staff.</w:t>
      </w:r>
    </w:p>
    <w:p w14:paraId="136BDACF" w14:textId="77777777" w:rsidR="00DE11EF" w:rsidRPr="00DE11EF" w:rsidRDefault="00DE11EF" w:rsidP="00DE11EF">
      <w:pPr>
        <w:numPr>
          <w:ilvl w:val="0"/>
          <w:numId w:val="12"/>
        </w:numPr>
        <w:rPr>
          <w:lang w:val="en-IE"/>
        </w:rPr>
      </w:pPr>
      <w:r w:rsidRPr="00DE11EF">
        <w:rPr>
          <w:lang w:val="en-IE"/>
        </w:rPr>
        <w:t>Allow staff reasonable time to investigate and respond to concerns.</w:t>
      </w:r>
    </w:p>
    <w:p w14:paraId="2BB5F491" w14:textId="77777777" w:rsidR="00DE11EF" w:rsidRPr="00DE11EF" w:rsidRDefault="00DE11EF" w:rsidP="00DE11EF">
      <w:pPr>
        <w:rPr>
          <w:b/>
          <w:bCs/>
          <w:lang w:val="en-IE"/>
        </w:rPr>
      </w:pPr>
      <w:r w:rsidRPr="00DE11EF">
        <w:rPr>
          <w:b/>
          <w:bCs/>
          <w:lang w:val="en-IE"/>
        </w:rPr>
        <w:t>Respect for Staff</w:t>
      </w:r>
    </w:p>
    <w:p w14:paraId="7E742F72" w14:textId="77777777" w:rsidR="00DE11EF" w:rsidRPr="00DE11EF" w:rsidRDefault="00DE11EF" w:rsidP="00DE11EF">
      <w:pPr>
        <w:numPr>
          <w:ilvl w:val="0"/>
          <w:numId w:val="13"/>
        </w:numPr>
        <w:rPr>
          <w:lang w:val="en-IE"/>
        </w:rPr>
      </w:pPr>
      <w:r w:rsidRPr="00DE11EF">
        <w:rPr>
          <w:lang w:val="en-IE"/>
        </w:rPr>
        <w:t>Treat all staff members with dignity and respect.</w:t>
      </w:r>
    </w:p>
    <w:p w14:paraId="4A4D2146" w14:textId="77777777" w:rsidR="00DE11EF" w:rsidRPr="00DE11EF" w:rsidRDefault="00DE11EF" w:rsidP="00DE11EF">
      <w:pPr>
        <w:numPr>
          <w:ilvl w:val="0"/>
          <w:numId w:val="13"/>
        </w:numPr>
        <w:rPr>
          <w:lang w:val="en-IE"/>
        </w:rPr>
      </w:pPr>
      <w:r w:rsidRPr="00DE11EF">
        <w:rPr>
          <w:lang w:val="en-IE"/>
        </w:rPr>
        <w:t>Recognise that staff are carrying out professional duties on behalf of the Board of Management.</w:t>
      </w:r>
    </w:p>
    <w:p w14:paraId="0C0253D3" w14:textId="77777777" w:rsidR="00DE11EF" w:rsidRPr="00DE11EF" w:rsidRDefault="00DE11EF" w:rsidP="00DE11EF">
      <w:pPr>
        <w:numPr>
          <w:ilvl w:val="0"/>
          <w:numId w:val="13"/>
        </w:numPr>
        <w:rPr>
          <w:lang w:val="en-IE"/>
        </w:rPr>
      </w:pPr>
      <w:r w:rsidRPr="00DE11EF">
        <w:rPr>
          <w:lang w:val="en-IE"/>
        </w:rPr>
        <w:t>Respect the professional judgment of teachers and school leaders.</w:t>
      </w:r>
    </w:p>
    <w:p w14:paraId="50566D83" w14:textId="77777777" w:rsidR="00DE11EF" w:rsidRPr="00DE11EF" w:rsidRDefault="00DE11EF" w:rsidP="00DE11EF">
      <w:pPr>
        <w:numPr>
          <w:ilvl w:val="0"/>
          <w:numId w:val="13"/>
        </w:numPr>
        <w:rPr>
          <w:lang w:val="en-IE"/>
        </w:rPr>
      </w:pPr>
      <w:r w:rsidRPr="00DE11EF">
        <w:rPr>
          <w:lang w:val="en-IE"/>
        </w:rPr>
        <w:t>Respect staff working hours and private time.</w:t>
      </w:r>
    </w:p>
    <w:p w14:paraId="1EB42CB5" w14:textId="77777777" w:rsidR="00DE11EF" w:rsidRPr="00DE11EF" w:rsidRDefault="00DE11EF" w:rsidP="00DE11EF">
      <w:pPr>
        <w:rPr>
          <w:b/>
          <w:bCs/>
          <w:lang w:val="en-IE"/>
        </w:rPr>
      </w:pPr>
      <w:r w:rsidRPr="00DE11EF">
        <w:rPr>
          <w:b/>
          <w:bCs/>
          <w:lang w:val="en-IE"/>
        </w:rPr>
        <w:t>Respect for Other Pupils and Families</w:t>
      </w:r>
    </w:p>
    <w:p w14:paraId="0123E7BC" w14:textId="77777777" w:rsidR="00DE11EF" w:rsidRPr="00DE11EF" w:rsidRDefault="00DE11EF" w:rsidP="00DE11EF">
      <w:pPr>
        <w:rPr>
          <w:lang w:val="en-IE"/>
        </w:rPr>
      </w:pPr>
      <w:r w:rsidRPr="00DE11EF">
        <w:rPr>
          <w:lang w:val="en-IE"/>
        </w:rPr>
        <w:t>Parents and guardians shall:</w:t>
      </w:r>
    </w:p>
    <w:p w14:paraId="597DD1D1" w14:textId="77777777" w:rsidR="00DE11EF" w:rsidRPr="00DE11EF" w:rsidRDefault="00DE11EF" w:rsidP="00DE11EF">
      <w:pPr>
        <w:numPr>
          <w:ilvl w:val="0"/>
          <w:numId w:val="14"/>
        </w:numPr>
        <w:rPr>
          <w:lang w:val="en-IE"/>
        </w:rPr>
      </w:pPr>
      <w:r w:rsidRPr="00DE11EF">
        <w:rPr>
          <w:lang w:val="en-IE"/>
        </w:rPr>
        <w:t>Refrain from approaching, reprimanding or disciplining another person's child.</w:t>
      </w:r>
    </w:p>
    <w:p w14:paraId="4AE71372" w14:textId="77777777" w:rsidR="00DE11EF" w:rsidRPr="00DE11EF" w:rsidRDefault="00DE11EF" w:rsidP="00DE11EF">
      <w:pPr>
        <w:numPr>
          <w:ilvl w:val="0"/>
          <w:numId w:val="14"/>
        </w:numPr>
        <w:rPr>
          <w:lang w:val="en-IE"/>
        </w:rPr>
      </w:pPr>
      <w:r w:rsidRPr="00DE11EF">
        <w:rPr>
          <w:lang w:val="en-IE"/>
        </w:rPr>
        <w:t>Address concerns involving other pupils through school procedures only.</w:t>
      </w:r>
    </w:p>
    <w:p w14:paraId="1DE1DD86" w14:textId="77777777" w:rsidR="00DE11EF" w:rsidRPr="00DE11EF" w:rsidRDefault="00DE11EF" w:rsidP="00DE11EF">
      <w:pPr>
        <w:numPr>
          <w:ilvl w:val="0"/>
          <w:numId w:val="14"/>
        </w:numPr>
        <w:rPr>
          <w:lang w:val="en-IE"/>
        </w:rPr>
      </w:pPr>
      <w:r w:rsidRPr="00DE11EF">
        <w:rPr>
          <w:lang w:val="en-IE"/>
        </w:rPr>
        <w:t>Respect the privacy and confidentiality of pupils and families.</w:t>
      </w:r>
    </w:p>
    <w:p w14:paraId="7CFC20BD" w14:textId="77777777" w:rsidR="00DE11EF" w:rsidRPr="00DE11EF" w:rsidRDefault="00DE11EF" w:rsidP="00DE11EF">
      <w:pPr>
        <w:rPr>
          <w:b/>
          <w:bCs/>
          <w:lang w:val="en-IE"/>
        </w:rPr>
      </w:pPr>
      <w:r w:rsidRPr="00DE11EF">
        <w:rPr>
          <w:b/>
          <w:bCs/>
          <w:lang w:val="en-IE"/>
        </w:rPr>
        <w:t>School Premises and Safety</w:t>
      </w:r>
    </w:p>
    <w:p w14:paraId="6F80E24D" w14:textId="77777777" w:rsidR="00DE11EF" w:rsidRPr="00DE11EF" w:rsidRDefault="00DE11EF" w:rsidP="00DE11EF">
      <w:pPr>
        <w:rPr>
          <w:lang w:val="en-IE"/>
        </w:rPr>
      </w:pPr>
      <w:r w:rsidRPr="00DE11EF">
        <w:rPr>
          <w:lang w:val="en-IE"/>
        </w:rPr>
        <w:t>Parents and guardians shall:</w:t>
      </w:r>
    </w:p>
    <w:p w14:paraId="3E7696B0" w14:textId="77777777" w:rsidR="00DE11EF" w:rsidRPr="00DE11EF" w:rsidRDefault="00DE11EF" w:rsidP="00DE11EF">
      <w:pPr>
        <w:numPr>
          <w:ilvl w:val="0"/>
          <w:numId w:val="15"/>
        </w:numPr>
        <w:rPr>
          <w:lang w:val="en-IE"/>
        </w:rPr>
      </w:pPr>
      <w:r w:rsidRPr="00DE11EF">
        <w:rPr>
          <w:lang w:val="en-IE"/>
        </w:rPr>
        <w:t>Respect school property and encourage children to do likewise.</w:t>
      </w:r>
    </w:p>
    <w:p w14:paraId="667FBB5F" w14:textId="77777777" w:rsidR="00DE11EF" w:rsidRPr="00DE11EF" w:rsidRDefault="00DE11EF" w:rsidP="00DE11EF">
      <w:pPr>
        <w:numPr>
          <w:ilvl w:val="0"/>
          <w:numId w:val="15"/>
        </w:numPr>
        <w:rPr>
          <w:lang w:val="en-IE"/>
        </w:rPr>
      </w:pPr>
      <w:r w:rsidRPr="00DE11EF">
        <w:rPr>
          <w:lang w:val="en-IE"/>
        </w:rPr>
        <w:t>Comply with all school traffic, parking and pedestrian safety arrangements.</w:t>
      </w:r>
    </w:p>
    <w:p w14:paraId="4D4418C2" w14:textId="77777777" w:rsidR="00DE11EF" w:rsidRPr="00DE11EF" w:rsidRDefault="00DE11EF" w:rsidP="00DE11EF">
      <w:pPr>
        <w:numPr>
          <w:ilvl w:val="0"/>
          <w:numId w:val="15"/>
        </w:numPr>
        <w:rPr>
          <w:lang w:val="en-IE"/>
        </w:rPr>
      </w:pPr>
      <w:r w:rsidRPr="00DE11EF">
        <w:rPr>
          <w:lang w:val="en-IE"/>
        </w:rPr>
        <w:t>Drop and collect children only from designated areas.</w:t>
      </w:r>
    </w:p>
    <w:p w14:paraId="48769DDF" w14:textId="77777777" w:rsidR="00DE11EF" w:rsidRPr="00DE11EF" w:rsidRDefault="00DE11EF" w:rsidP="00DE11EF">
      <w:pPr>
        <w:numPr>
          <w:ilvl w:val="0"/>
          <w:numId w:val="15"/>
        </w:numPr>
        <w:rPr>
          <w:lang w:val="en-IE"/>
        </w:rPr>
      </w:pPr>
      <w:r w:rsidRPr="00DE11EF">
        <w:rPr>
          <w:lang w:val="en-IE"/>
        </w:rPr>
        <w:t>Follow visitor procedures when entering the school building.</w:t>
      </w:r>
    </w:p>
    <w:p w14:paraId="09935439" w14:textId="77777777" w:rsidR="00DE11EF" w:rsidRPr="00DE11EF" w:rsidRDefault="00DE11EF" w:rsidP="00DE11EF">
      <w:pPr>
        <w:numPr>
          <w:ilvl w:val="0"/>
          <w:numId w:val="15"/>
        </w:numPr>
        <w:rPr>
          <w:lang w:val="en-IE"/>
        </w:rPr>
      </w:pPr>
      <w:r w:rsidRPr="00DE11EF">
        <w:rPr>
          <w:lang w:val="en-IE"/>
        </w:rPr>
        <w:t>Respect health and safety requirements while on school premises.</w:t>
      </w:r>
    </w:p>
    <w:p w14:paraId="7412CADF" w14:textId="77777777" w:rsidR="00DE11EF" w:rsidRPr="00DE11EF" w:rsidRDefault="00DE11EF" w:rsidP="00DE11EF">
      <w:pPr>
        <w:numPr>
          <w:ilvl w:val="0"/>
          <w:numId w:val="15"/>
        </w:numPr>
        <w:rPr>
          <w:lang w:val="en-IE"/>
        </w:rPr>
      </w:pPr>
      <w:r w:rsidRPr="00DE11EF">
        <w:rPr>
          <w:lang w:val="en-IE"/>
        </w:rPr>
        <w:t>Refrain from smoking, vaping or using prohibited substances on school grounds.</w:t>
      </w:r>
    </w:p>
    <w:p w14:paraId="0FFDC7BF" w14:textId="77777777" w:rsidR="00DE11EF" w:rsidRPr="00DE11EF" w:rsidRDefault="00DE11EF" w:rsidP="00DE11EF">
      <w:pPr>
        <w:rPr>
          <w:b/>
          <w:bCs/>
          <w:lang w:val="en-IE"/>
        </w:rPr>
      </w:pPr>
      <w:r w:rsidRPr="00DE11EF">
        <w:rPr>
          <w:b/>
          <w:bCs/>
          <w:lang w:val="en-IE"/>
        </w:rPr>
        <w:t>Supporting School Community Values</w:t>
      </w:r>
    </w:p>
    <w:p w14:paraId="15E4B23F" w14:textId="77777777" w:rsidR="00DE11EF" w:rsidRPr="00DE11EF" w:rsidRDefault="00DE11EF" w:rsidP="00DE11EF">
      <w:pPr>
        <w:rPr>
          <w:lang w:val="en-IE"/>
        </w:rPr>
      </w:pPr>
      <w:r w:rsidRPr="00DE11EF">
        <w:rPr>
          <w:lang w:val="en-IE"/>
        </w:rPr>
        <w:t>Parents and guardians are expected to:</w:t>
      </w:r>
    </w:p>
    <w:p w14:paraId="0196D5C9" w14:textId="77777777" w:rsidR="00DE11EF" w:rsidRPr="00DE11EF" w:rsidRDefault="00DE11EF" w:rsidP="00DE11EF">
      <w:pPr>
        <w:numPr>
          <w:ilvl w:val="0"/>
          <w:numId w:val="16"/>
        </w:numPr>
        <w:rPr>
          <w:lang w:val="en-IE"/>
        </w:rPr>
      </w:pPr>
      <w:r w:rsidRPr="00DE11EF">
        <w:rPr>
          <w:lang w:val="en-IE"/>
        </w:rPr>
        <w:t>Model respectful behaviour for children.</w:t>
      </w:r>
    </w:p>
    <w:p w14:paraId="12942AA8" w14:textId="77777777" w:rsidR="00DE11EF" w:rsidRPr="00DE11EF" w:rsidRDefault="00DE11EF" w:rsidP="00DE11EF">
      <w:pPr>
        <w:numPr>
          <w:ilvl w:val="0"/>
          <w:numId w:val="16"/>
        </w:numPr>
        <w:rPr>
          <w:lang w:val="en-IE"/>
        </w:rPr>
      </w:pPr>
      <w:r w:rsidRPr="00DE11EF">
        <w:rPr>
          <w:lang w:val="en-IE"/>
        </w:rPr>
        <w:t>Support a positive school culture.</w:t>
      </w:r>
    </w:p>
    <w:p w14:paraId="59353012" w14:textId="13B83B68" w:rsidR="00DE11EF" w:rsidRPr="00DE11EF" w:rsidRDefault="00DE11EF" w:rsidP="00DE11EF">
      <w:pPr>
        <w:numPr>
          <w:ilvl w:val="0"/>
          <w:numId w:val="16"/>
        </w:numPr>
        <w:rPr>
          <w:lang w:val="en-IE"/>
        </w:rPr>
      </w:pPr>
      <w:r w:rsidRPr="00DE11EF">
        <w:rPr>
          <w:lang w:val="en-IE"/>
        </w:rPr>
        <w:t xml:space="preserve">Contribute to an atmosphere of </w:t>
      </w:r>
      <w:r w:rsidR="006A1099" w:rsidRPr="00DE11EF">
        <w:rPr>
          <w:lang w:val="en-IE"/>
        </w:rPr>
        <w:t>co-operation</w:t>
      </w:r>
      <w:r w:rsidRPr="00DE11EF">
        <w:rPr>
          <w:lang w:val="en-IE"/>
        </w:rPr>
        <w:t>, inclusion and mutual respect.</w:t>
      </w:r>
    </w:p>
    <w:p w14:paraId="6881FAFD" w14:textId="77777777" w:rsidR="00DE11EF" w:rsidRPr="00DE11EF" w:rsidRDefault="00DE11EF" w:rsidP="00DE11EF">
      <w:pPr>
        <w:numPr>
          <w:ilvl w:val="0"/>
          <w:numId w:val="16"/>
        </w:numPr>
        <w:rPr>
          <w:lang w:val="en-IE"/>
        </w:rPr>
      </w:pPr>
      <w:r w:rsidRPr="00DE11EF">
        <w:rPr>
          <w:lang w:val="en-IE"/>
        </w:rPr>
        <w:t>Work in partnership with the school in the best interests of all pupils.</w:t>
      </w:r>
    </w:p>
    <w:p w14:paraId="7B53BBCA" w14:textId="77777777" w:rsidR="00B22B5F" w:rsidRPr="00B22B5F" w:rsidRDefault="00B22B5F" w:rsidP="00B22B5F">
      <w:pPr>
        <w:rPr>
          <w:b/>
          <w:bCs/>
          <w:lang w:val="en-IE"/>
        </w:rPr>
      </w:pPr>
      <w:r w:rsidRPr="00B22B5F">
        <w:rPr>
          <w:b/>
          <w:bCs/>
          <w:lang w:val="en-IE"/>
        </w:rPr>
        <w:lastRenderedPageBreak/>
        <w:t>Rights of Parents and Guardians</w:t>
      </w:r>
    </w:p>
    <w:p w14:paraId="119B482B" w14:textId="77777777" w:rsidR="00B22B5F" w:rsidRPr="00B22B5F" w:rsidRDefault="00B22B5F" w:rsidP="00B22B5F">
      <w:pPr>
        <w:rPr>
          <w:lang w:val="en-IE"/>
        </w:rPr>
      </w:pPr>
      <w:r w:rsidRPr="00B22B5F">
        <w:rPr>
          <w:lang w:val="en-IE"/>
        </w:rPr>
        <w:t>Parents have the right to:</w:t>
      </w:r>
    </w:p>
    <w:p w14:paraId="0D2C6381" w14:textId="77777777" w:rsidR="00B22B5F" w:rsidRPr="00B22B5F" w:rsidRDefault="00B22B5F" w:rsidP="00B22B5F">
      <w:pPr>
        <w:numPr>
          <w:ilvl w:val="0"/>
          <w:numId w:val="17"/>
        </w:numPr>
        <w:rPr>
          <w:lang w:val="en-IE"/>
        </w:rPr>
      </w:pPr>
      <w:r w:rsidRPr="00B22B5F">
        <w:rPr>
          <w:lang w:val="en-IE"/>
        </w:rPr>
        <w:t>Be treated with courtesy and respect.</w:t>
      </w:r>
    </w:p>
    <w:p w14:paraId="7AF20315" w14:textId="77777777" w:rsidR="00B22B5F" w:rsidRPr="00B22B5F" w:rsidRDefault="00B22B5F" w:rsidP="00B22B5F">
      <w:pPr>
        <w:numPr>
          <w:ilvl w:val="0"/>
          <w:numId w:val="17"/>
        </w:numPr>
        <w:rPr>
          <w:lang w:val="en-IE"/>
        </w:rPr>
      </w:pPr>
      <w:r w:rsidRPr="00B22B5F">
        <w:rPr>
          <w:lang w:val="en-IE"/>
        </w:rPr>
        <w:t>Raise concerns regarding their child.</w:t>
      </w:r>
    </w:p>
    <w:p w14:paraId="316D37D0" w14:textId="77777777" w:rsidR="00B22B5F" w:rsidRPr="00B22B5F" w:rsidRDefault="00B22B5F" w:rsidP="00B22B5F">
      <w:pPr>
        <w:numPr>
          <w:ilvl w:val="0"/>
          <w:numId w:val="17"/>
        </w:numPr>
        <w:rPr>
          <w:lang w:val="en-IE"/>
        </w:rPr>
      </w:pPr>
      <w:r w:rsidRPr="00B22B5F">
        <w:rPr>
          <w:lang w:val="en-IE"/>
        </w:rPr>
        <w:t>Receive responses within a reasonable timeframe.</w:t>
      </w:r>
    </w:p>
    <w:p w14:paraId="4602F1B7" w14:textId="77777777" w:rsidR="00B22B5F" w:rsidRPr="00B22B5F" w:rsidRDefault="00B22B5F" w:rsidP="00B22B5F">
      <w:pPr>
        <w:numPr>
          <w:ilvl w:val="0"/>
          <w:numId w:val="17"/>
        </w:numPr>
        <w:rPr>
          <w:lang w:val="en-IE"/>
        </w:rPr>
      </w:pPr>
      <w:r w:rsidRPr="00B22B5F">
        <w:rPr>
          <w:lang w:val="en-IE"/>
        </w:rPr>
        <w:t>Access school policies.</w:t>
      </w:r>
    </w:p>
    <w:p w14:paraId="79FFDA6F" w14:textId="77777777" w:rsidR="00B22B5F" w:rsidRPr="00B22B5F" w:rsidRDefault="00B22B5F" w:rsidP="00B22B5F">
      <w:pPr>
        <w:numPr>
          <w:ilvl w:val="0"/>
          <w:numId w:val="17"/>
        </w:numPr>
        <w:rPr>
          <w:lang w:val="en-IE"/>
        </w:rPr>
      </w:pPr>
      <w:r w:rsidRPr="00B22B5F">
        <w:rPr>
          <w:lang w:val="en-IE"/>
        </w:rPr>
        <w:t>Avail of the school's complaints procedures.</w:t>
      </w:r>
    </w:p>
    <w:p w14:paraId="676BD62C" w14:textId="77777777" w:rsidR="00B22B5F" w:rsidRPr="00B22B5F" w:rsidRDefault="00B22B5F" w:rsidP="00B22B5F">
      <w:pPr>
        <w:numPr>
          <w:ilvl w:val="0"/>
          <w:numId w:val="17"/>
        </w:numPr>
        <w:rPr>
          <w:lang w:val="en-IE"/>
        </w:rPr>
      </w:pPr>
      <w:r w:rsidRPr="00B22B5F">
        <w:rPr>
          <w:lang w:val="en-IE"/>
        </w:rPr>
        <w:t>Expect confidentiality in accordance with GDPR requirements.</w:t>
      </w:r>
    </w:p>
    <w:p w14:paraId="2F044DF2" w14:textId="77777777" w:rsidR="00B22B5F" w:rsidRPr="00B22B5F" w:rsidRDefault="00B22B5F" w:rsidP="00B22B5F">
      <w:pPr>
        <w:numPr>
          <w:ilvl w:val="0"/>
          <w:numId w:val="17"/>
        </w:numPr>
        <w:rPr>
          <w:lang w:val="en-IE"/>
        </w:rPr>
      </w:pPr>
      <w:r w:rsidRPr="00B22B5F">
        <w:rPr>
          <w:lang w:val="en-IE"/>
        </w:rPr>
        <w:t>Be informed about matters affecting their child.</w:t>
      </w:r>
    </w:p>
    <w:p w14:paraId="13650E46" w14:textId="5FD854C9" w:rsidR="00D67936" w:rsidRDefault="00E3627E">
      <w:pPr>
        <w:pStyle w:val="Heading1"/>
      </w:pPr>
      <w:r>
        <w:t xml:space="preserve">7. Unacceptable </w:t>
      </w:r>
      <w:proofErr w:type="spellStart"/>
      <w:r>
        <w:t>Behaviour</w:t>
      </w:r>
      <w:proofErr w:type="spellEnd"/>
    </w:p>
    <w:p w14:paraId="6858E68D" w14:textId="6A45329B" w:rsidR="00D67936" w:rsidRDefault="00E3627E">
      <w:r>
        <w:t>Includes shouting, intimidation, aggressive conduct, harassment, discriminatory comments, vexatious complaints, reputational attacks and physical aggression</w:t>
      </w:r>
      <w:r w:rsidR="004916AB">
        <w:t xml:space="preserve"> (</w:t>
      </w:r>
      <w:r w:rsidR="00786219">
        <w:t>Refer to appe</w:t>
      </w:r>
      <w:r w:rsidR="00513F4D">
        <w:t>ndix</w:t>
      </w:r>
      <w:r w:rsidR="00B418C5">
        <w:t xml:space="preserve"> 1 of </w:t>
      </w:r>
      <w:r w:rsidR="00E00F94">
        <w:t>this po</w:t>
      </w:r>
      <w:r w:rsidR="00A261A8">
        <w:t>lic</w:t>
      </w:r>
      <w:r w:rsidR="00E90607">
        <w:t>y for fur</w:t>
      </w:r>
      <w:r w:rsidR="00743991">
        <w:t>ther ex</w:t>
      </w:r>
      <w:r w:rsidR="005E6B80">
        <w:t>amples</w:t>
      </w:r>
      <w:r w:rsidR="00F47B6A">
        <w:t>)</w:t>
      </w:r>
    </w:p>
    <w:p w14:paraId="2075A846" w14:textId="7D57E193" w:rsidR="0091718B" w:rsidRPr="0091718B" w:rsidRDefault="0091718B" w:rsidP="00FA5D31">
      <w:pPr>
        <w:pStyle w:val="Heading2"/>
        <w:rPr>
          <w:lang w:val="en-IE"/>
        </w:rPr>
      </w:pPr>
      <w:r w:rsidRPr="0091718B">
        <w:rPr>
          <w:lang w:val="en-IE"/>
        </w:rPr>
        <w:t xml:space="preserve">7.1 </w:t>
      </w:r>
      <w:r w:rsidR="00C97255" w:rsidRPr="0091718B">
        <w:rPr>
          <w:lang w:val="en-IE"/>
        </w:rPr>
        <w:t>Non-Exhaustive</w:t>
      </w:r>
      <w:r w:rsidRPr="0091718B">
        <w:rPr>
          <w:lang w:val="en-IE"/>
        </w:rPr>
        <w:t xml:space="preserve"> List of Unacceptable Behaviours</w:t>
      </w:r>
    </w:p>
    <w:p w14:paraId="5CC53BE7" w14:textId="77777777" w:rsidR="0091718B" w:rsidRPr="0091718B" w:rsidRDefault="0091718B" w:rsidP="0091718B">
      <w:pPr>
        <w:rPr>
          <w:lang w:val="en-IE"/>
        </w:rPr>
      </w:pPr>
      <w:r w:rsidRPr="0091718B">
        <w:rPr>
          <w:lang w:val="en-IE"/>
        </w:rPr>
        <w:t>The examples of unacceptable behaviour outlined in this policy are intended to provide guidance and are not an exhaustive list.</w:t>
      </w:r>
    </w:p>
    <w:p w14:paraId="1597E8C8" w14:textId="77777777" w:rsidR="0091718B" w:rsidRPr="0091718B" w:rsidRDefault="0091718B" w:rsidP="0091718B">
      <w:pPr>
        <w:rPr>
          <w:lang w:val="en-IE"/>
        </w:rPr>
      </w:pPr>
      <w:r w:rsidRPr="0091718B">
        <w:rPr>
          <w:lang w:val="en-IE"/>
        </w:rPr>
        <w:t>The Board of Management recognises that it is not possible to identify every circumstance or behaviour that may undermine the safety, wellbeing, dignity or professional functioning of staff, pupils or members of the school community.</w:t>
      </w:r>
    </w:p>
    <w:p w14:paraId="7FCA0EA7" w14:textId="77777777" w:rsidR="0091718B" w:rsidRPr="0091718B" w:rsidRDefault="0091718B" w:rsidP="0091718B">
      <w:pPr>
        <w:rPr>
          <w:lang w:val="en-IE"/>
        </w:rPr>
      </w:pPr>
      <w:r w:rsidRPr="0091718B">
        <w:rPr>
          <w:lang w:val="en-IE"/>
        </w:rPr>
        <w:t>The Board of Management reserves the right to determine, acting reasonably and in accordance with the principles of natural justice and fair procedures, whether a particular behaviour, action, communication or pattern of conduct constitutes unacceptable behaviour under this policy.</w:t>
      </w:r>
    </w:p>
    <w:p w14:paraId="05A1203F" w14:textId="77777777" w:rsidR="0091718B" w:rsidRPr="0091718B" w:rsidRDefault="0091718B" w:rsidP="0091718B">
      <w:pPr>
        <w:rPr>
          <w:lang w:val="en-IE"/>
        </w:rPr>
      </w:pPr>
      <w:r w:rsidRPr="0091718B">
        <w:rPr>
          <w:lang w:val="en-IE"/>
        </w:rPr>
        <w:t>In making such determinations, the Board may consider:</w:t>
      </w:r>
    </w:p>
    <w:p w14:paraId="115EC2DE" w14:textId="77777777" w:rsidR="0091718B" w:rsidRPr="0091718B" w:rsidRDefault="0091718B" w:rsidP="0091718B">
      <w:pPr>
        <w:numPr>
          <w:ilvl w:val="0"/>
          <w:numId w:val="18"/>
        </w:numPr>
        <w:rPr>
          <w:lang w:val="en-IE"/>
        </w:rPr>
      </w:pPr>
      <w:r w:rsidRPr="0091718B">
        <w:rPr>
          <w:lang w:val="en-IE"/>
        </w:rPr>
        <w:t>The nature and seriousness of the behaviour.</w:t>
      </w:r>
    </w:p>
    <w:p w14:paraId="7B66780A" w14:textId="77777777" w:rsidR="0091718B" w:rsidRPr="0091718B" w:rsidRDefault="0091718B" w:rsidP="0091718B">
      <w:pPr>
        <w:numPr>
          <w:ilvl w:val="0"/>
          <w:numId w:val="18"/>
        </w:numPr>
        <w:rPr>
          <w:lang w:val="en-IE"/>
        </w:rPr>
      </w:pPr>
      <w:r w:rsidRPr="0091718B">
        <w:rPr>
          <w:lang w:val="en-IE"/>
        </w:rPr>
        <w:t>The impact on staff, pupils or the wider school community.</w:t>
      </w:r>
    </w:p>
    <w:p w14:paraId="25181D15" w14:textId="77777777" w:rsidR="0091718B" w:rsidRPr="0091718B" w:rsidRDefault="0091718B" w:rsidP="0091718B">
      <w:pPr>
        <w:numPr>
          <w:ilvl w:val="0"/>
          <w:numId w:val="18"/>
        </w:numPr>
        <w:rPr>
          <w:lang w:val="en-IE"/>
        </w:rPr>
      </w:pPr>
      <w:r w:rsidRPr="0091718B">
        <w:rPr>
          <w:lang w:val="en-IE"/>
        </w:rPr>
        <w:t>Whether the behaviour undermines the school's ability to operate effectively.</w:t>
      </w:r>
    </w:p>
    <w:p w14:paraId="29207570" w14:textId="77777777" w:rsidR="0091718B" w:rsidRPr="0091718B" w:rsidRDefault="0091718B" w:rsidP="0091718B">
      <w:pPr>
        <w:numPr>
          <w:ilvl w:val="0"/>
          <w:numId w:val="18"/>
        </w:numPr>
        <w:rPr>
          <w:lang w:val="en-IE"/>
        </w:rPr>
      </w:pPr>
      <w:r w:rsidRPr="0091718B">
        <w:rPr>
          <w:lang w:val="en-IE"/>
        </w:rPr>
        <w:t>Whether the behaviour creates a risk to the safety, welfare, dignity or reputation of individuals within the school community.</w:t>
      </w:r>
    </w:p>
    <w:p w14:paraId="5D46161D" w14:textId="77777777" w:rsidR="0091718B" w:rsidRPr="0091718B" w:rsidRDefault="0091718B" w:rsidP="0091718B">
      <w:pPr>
        <w:numPr>
          <w:ilvl w:val="0"/>
          <w:numId w:val="18"/>
        </w:numPr>
        <w:rPr>
          <w:lang w:val="en-IE"/>
        </w:rPr>
      </w:pPr>
      <w:r w:rsidRPr="0091718B">
        <w:rPr>
          <w:lang w:val="en-IE"/>
        </w:rPr>
        <w:t>Whether the behaviour is inconsistent with the principles and expectations outlined in this policy.</w:t>
      </w:r>
    </w:p>
    <w:p w14:paraId="64CB3ADD" w14:textId="77777777" w:rsidR="0091718B" w:rsidRPr="0091718B" w:rsidRDefault="0091718B" w:rsidP="0091718B">
      <w:pPr>
        <w:rPr>
          <w:lang w:val="en-IE"/>
        </w:rPr>
      </w:pPr>
      <w:r w:rsidRPr="0091718B">
        <w:rPr>
          <w:lang w:val="en-IE"/>
        </w:rPr>
        <w:lastRenderedPageBreak/>
        <w:t>The fact that a behaviour is not specifically listed within this policy shall not prevent the Board of Management from taking appropriate action where it reasonably determines that the conduct is unacceptable.</w:t>
      </w:r>
    </w:p>
    <w:p w14:paraId="423650F1" w14:textId="77777777" w:rsidR="0091718B" w:rsidRPr="0091718B" w:rsidRDefault="0091718B" w:rsidP="0091718B">
      <w:pPr>
        <w:rPr>
          <w:lang w:val="en-IE"/>
        </w:rPr>
      </w:pPr>
      <w:r w:rsidRPr="0091718B">
        <w:rPr>
          <w:lang w:val="en-IE"/>
        </w:rPr>
        <w:t>The Board of Management retains discretion to determine whether any conduct, whether occurring in person, in writing, electronically, through social media or by any other means, is inconsistent with the spirit and intent of this policy.</w:t>
      </w:r>
    </w:p>
    <w:p w14:paraId="5A1564E5" w14:textId="77777777" w:rsidR="0049581F" w:rsidRDefault="0049581F"/>
    <w:p w14:paraId="2580DDE8" w14:textId="74116324" w:rsidR="00D67936" w:rsidRDefault="00E3627E">
      <w:pPr>
        <w:pStyle w:val="Heading1"/>
      </w:pPr>
      <w:r>
        <w:t>8. Social Media Expectations</w:t>
      </w:r>
    </w:p>
    <w:p w14:paraId="5BD0AB7F" w14:textId="77777777" w:rsidR="00D67936" w:rsidRDefault="00E3627E">
      <w:r>
        <w:t>Social media must not be used as a complaints forum or to publish allegations concerning staff or pupils.</w:t>
      </w:r>
    </w:p>
    <w:p w14:paraId="729418B2" w14:textId="77777777" w:rsidR="00D67936" w:rsidRDefault="00E3627E">
      <w:pPr>
        <w:pStyle w:val="Heading1"/>
      </w:pPr>
      <w:r>
        <w:t>8A. Digital Communication Protocol</w:t>
      </w:r>
    </w:p>
    <w:p w14:paraId="6CB9D48E" w14:textId="77777777" w:rsidR="00D67936" w:rsidRDefault="00E3627E">
      <w:pPr>
        <w:pStyle w:val="ListBullet"/>
      </w:pPr>
      <w:r>
        <w:t>Use approved school channels only.</w:t>
      </w:r>
    </w:p>
    <w:p w14:paraId="406A6C54" w14:textId="77777777" w:rsidR="00D67936" w:rsidRDefault="00E3627E">
      <w:pPr>
        <w:pStyle w:val="ListBullet"/>
      </w:pPr>
      <w:r>
        <w:t>Communications must be courteous, factual and proportionate.</w:t>
      </w:r>
    </w:p>
    <w:p w14:paraId="762E0902" w14:textId="77777777" w:rsidR="00D67936" w:rsidRDefault="00E3627E">
      <w:pPr>
        <w:pStyle w:val="ListBullet"/>
      </w:pPr>
      <w:r>
        <w:t>Staff are not expected to respond outside working hours.</w:t>
      </w:r>
    </w:p>
    <w:p w14:paraId="7782622A" w14:textId="77777777" w:rsidR="00D67936" w:rsidRDefault="00E3627E">
      <w:pPr>
        <w:pStyle w:val="ListBullet"/>
      </w:pPr>
      <w:r>
        <w:t>Abusive, excessive or threatening communications may result in restricted contact arrangements.</w:t>
      </w:r>
    </w:p>
    <w:p w14:paraId="48C3704D" w14:textId="77777777" w:rsidR="00D67936" w:rsidRDefault="00E3627E">
      <w:pPr>
        <w:pStyle w:val="ListBullet"/>
      </w:pPr>
      <w:r>
        <w:t>The school may require communication through a nominated contact person.</w:t>
      </w:r>
    </w:p>
    <w:p w14:paraId="165336EE" w14:textId="77777777" w:rsidR="00D67936" w:rsidRDefault="00E3627E">
      <w:pPr>
        <w:pStyle w:val="Heading1"/>
      </w:pPr>
      <w:r>
        <w:t>9. Complaints and Concerns</w:t>
      </w:r>
    </w:p>
    <w:p w14:paraId="7B079248" w14:textId="35071BF6" w:rsidR="00D67936" w:rsidRDefault="00E3627E">
      <w:r>
        <w:t>Class Teacher → Principal → Formal Written Complaint → Board of Management</w:t>
      </w:r>
      <w:r w:rsidR="00196822">
        <w:t xml:space="preserve"> (please refer to the parental complaints procedure</w:t>
      </w:r>
      <w:r w:rsidR="00C46810">
        <w:t>)</w:t>
      </w:r>
    </w:p>
    <w:p w14:paraId="1B8EA89E" w14:textId="77777777" w:rsidR="00D67936" w:rsidRDefault="00E3627E">
      <w:pPr>
        <w:pStyle w:val="Heading1"/>
      </w:pPr>
      <w:r>
        <w:t>10. Meetings</w:t>
      </w:r>
    </w:p>
    <w:p w14:paraId="274FAACF" w14:textId="2D1B24D8" w:rsidR="00D67936" w:rsidRDefault="00E3627E">
      <w:r>
        <w:t xml:space="preserve">Meetings may </w:t>
      </w:r>
      <w:r w:rsidR="00A44974">
        <w:t>end</w:t>
      </w:r>
      <w:r>
        <w:t xml:space="preserve"> where </w:t>
      </w:r>
      <w:proofErr w:type="spellStart"/>
      <w:r w:rsidR="00A44974">
        <w:t>Behaviour</w:t>
      </w:r>
      <w:proofErr w:type="spellEnd"/>
      <w:r>
        <w:t xml:space="preserve"> becomes inappropriate.</w:t>
      </w:r>
    </w:p>
    <w:p w14:paraId="109DD296" w14:textId="77777777" w:rsidR="00D67936" w:rsidRDefault="00E3627E">
      <w:pPr>
        <w:pStyle w:val="Heading1"/>
      </w:pPr>
      <w:r>
        <w:t>11. Protection of Staff</w:t>
      </w:r>
    </w:p>
    <w:p w14:paraId="65A1AE8D" w14:textId="0242170F" w:rsidR="00A052D7" w:rsidRDefault="00E3627E" w:rsidP="00B245AF">
      <w:pPr>
        <w:rPr>
          <w:lang w:val="en-IE"/>
        </w:rPr>
      </w:pPr>
      <w:r>
        <w:t>Incidents may be recorded and addressed under this policy and the Dignity at Work Policy.</w:t>
      </w:r>
      <w:r w:rsidR="00B245AF">
        <w:t xml:space="preserve">  </w:t>
      </w:r>
      <w:r w:rsidR="00B245AF" w:rsidRPr="00B245AF">
        <w:rPr>
          <w:lang w:val="en-IE"/>
        </w:rPr>
        <w:t>Where behaviour by a parent, guardian or visitor may constitute bullying, harassment, intimidation, threats or other conduct affecting an employee's dignity at work, the matter may be managed under both this policy and the school's Dignity at Work Policy.</w:t>
      </w:r>
    </w:p>
    <w:p w14:paraId="1FB6EA45" w14:textId="1ADBB341" w:rsidR="00A052D7" w:rsidRPr="00A052D7" w:rsidRDefault="004924F0" w:rsidP="004924F0">
      <w:pPr>
        <w:pStyle w:val="Heading2"/>
      </w:pPr>
      <w:r>
        <w:t xml:space="preserve">11a. </w:t>
      </w:r>
      <w:r w:rsidR="00A052D7" w:rsidRPr="00A052D7">
        <w:t>Relationship with the Dignity at Work Policy</w:t>
      </w:r>
    </w:p>
    <w:p w14:paraId="47460BDE" w14:textId="77777777" w:rsidR="00A052D7" w:rsidRPr="00A052D7" w:rsidRDefault="00A052D7" w:rsidP="00A052D7">
      <w:pPr>
        <w:rPr>
          <w:lang w:val="en-IE"/>
        </w:rPr>
      </w:pPr>
      <w:proofErr w:type="spellStart"/>
      <w:r w:rsidRPr="00A052D7">
        <w:rPr>
          <w:lang w:val="en-IE"/>
        </w:rPr>
        <w:t>Scoil</w:t>
      </w:r>
      <w:proofErr w:type="spellEnd"/>
      <w:r w:rsidRPr="00A052D7">
        <w:rPr>
          <w:lang w:val="en-IE"/>
        </w:rPr>
        <w:t xml:space="preserve"> Mhuire Allenwood is committed to protecting the dignity, safety and wellbeing of all employees.</w:t>
      </w:r>
    </w:p>
    <w:p w14:paraId="65422354" w14:textId="77777777" w:rsidR="00A052D7" w:rsidRPr="00A052D7" w:rsidRDefault="00A052D7" w:rsidP="00A052D7">
      <w:pPr>
        <w:rPr>
          <w:lang w:val="en-IE"/>
        </w:rPr>
      </w:pPr>
      <w:r w:rsidRPr="00A052D7">
        <w:rPr>
          <w:lang w:val="en-IE"/>
        </w:rPr>
        <w:t>The Board of Management recognises that bullying, harassment, intimidation, threatening conduct, abusive communications, reputational attacks and other inappropriate behaviours by parents, guardians or visitors may have a significant impact on an employee's dignity at work.</w:t>
      </w:r>
    </w:p>
    <w:p w14:paraId="35524BFF" w14:textId="77777777" w:rsidR="00A052D7" w:rsidRPr="00A052D7" w:rsidRDefault="00A052D7" w:rsidP="00A052D7">
      <w:pPr>
        <w:rPr>
          <w:lang w:val="en-IE"/>
        </w:rPr>
      </w:pPr>
      <w:r w:rsidRPr="00A052D7">
        <w:rPr>
          <w:lang w:val="en-IE"/>
        </w:rPr>
        <w:lastRenderedPageBreak/>
        <w:t>Accordingly, concerns arising under this policy may also be considered under the Dignity at Work Policy where appropriate.</w:t>
      </w:r>
    </w:p>
    <w:p w14:paraId="313A407E" w14:textId="77777777" w:rsidR="00A052D7" w:rsidRPr="00A052D7" w:rsidRDefault="00A052D7" w:rsidP="00A052D7">
      <w:pPr>
        <w:rPr>
          <w:lang w:val="en-IE"/>
        </w:rPr>
      </w:pPr>
      <w:r w:rsidRPr="00A052D7">
        <w:rPr>
          <w:lang w:val="en-IE"/>
        </w:rPr>
        <w:t>The Board reserves the right to implement measures under either policy, or both policies concurrently, where circumstances warrant such action.</w:t>
      </w:r>
    </w:p>
    <w:p w14:paraId="37B785BA" w14:textId="77777777" w:rsidR="00D67936" w:rsidRDefault="00E3627E">
      <w:pPr>
        <w:pStyle w:val="Heading1"/>
      </w:pPr>
      <w:r>
        <w:t>12. Breaches of Policy</w:t>
      </w:r>
    </w:p>
    <w:p w14:paraId="266C1D72" w14:textId="77777777" w:rsidR="00D67936" w:rsidRDefault="00E3627E">
      <w:r>
        <w:t>Graduated sanctions may be applied.</w:t>
      </w:r>
    </w:p>
    <w:p w14:paraId="1FA50E45" w14:textId="77777777" w:rsidR="00D67936" w:rsidRDefault="00E3627E">
      <w:pPr>
        <w:pStyle w:val="Heading1"/>
      </w:pPr>
      <w:r>
        <w:t>13. Serious Incidents</w:t>
      </w:r>
    </w:p>
    <w:p w14:paraId="76F5CC31" w14:textId="77777777" w:rsidR="00D67936" w:rsidRDefault="00E3627E">
      <w:r>
        <w:t>Serious matters may be referred to external authorities.</w:t>
      </w:r>
    </w:p>
    <w:p w14:paraId="4FF92A33" w14:textId="77777777" w:rsidR="00D67936" w:rsidRDefault="00E3627E">
      <w:pPr>
        <w:pStyle w:val="Heading1"/>
      </w:pPr>
      <w:r>
        <w:t>14. Record Keeping</w:t>
      </w:r>
    </w:p>
    <w:p w14:paraId="57EDFA1B" w14:textId="77777777" w:rsidR="00D67936" w:rsidRDefault="00E3627E">
      <w:r>
        <w:t>Records maintained in accordance with GDPR and school procedures.</w:t>
      </w:r>
    </w:p>
    <w:p w14:paraId="56430B50" w14:textId="77777777" w:rsidR="00D67936" w:rsidRDefault="00E3627E">
      <w:pPr>
        <w:pStyle w:val="Heading1"/>
      </w:pPr>
      <w:r>
        <w:t>15. Review</w:t>
      </w:r>
    </w:p>
    <w:p w14:paraId="29565420" w14:textId="620F64AC" w:rsidR="006D28A1" w:rsidRDefault="005329D2">
      <w:r>
        <w:t xml:space="preserve">To be reviewed during the 2028/2029 school year, or earlier if required. </w:t>
      </w:r>
    </w:p>
    <w:p w14:paraId="69B683A9" w14:textId="77777777" w:rsidR="006D28A1" w:rsidRDefault="006D28A1">
      <w:r>
        <w:br w:type="page"/>
      </w:r>
    </w:p>
    <w:p w14:paraId="5F5038AD" w14:textId="5195D9F1" w:rsidR="00D67936" w:rsidRDefault="00057AA9">
      <w:pPr>
        <w:pStyle w:val="Heading1"/>
      </w:pPr>
      <w:r>
        <w:lastRenderedPageBreak/>
        <w:t>Approval and Sign Off</w:t>
      </w:r>
    </w:p>
    <w:p w14:paraId="4FF2FC1B" w14:textId="77777777" w:rsidR="00EA77F8" w:rsidRDefault="00EA77F8"/>
    <w:p w14:paraId="465D717A" w14:textId="5BB36EB1" w:rsidR="00D67936" w:rsidRDefault="00E3627E">
      <w:r>
        <w:t>Review</w:t>
      </w:r>
      <w:r w:rsidR="00BD1F26">
        <w:t>ed</w:t>
      </w:r>
      <w:r w:rsidR="004E17E8">
        <w:t xml:space="preserve"> and </w:t>
      </w:r>
      <w:r w:rsidR="007C695B">
        <w:t>Ratifie</w:t>
      </w:r>
      <w:r w:rsidR="00FE5242">
        <w:t>d</w:t>
      </w:r>
      <w:r w:rsidR="004D0828">
        <w:t xml:space="preserve"> by the</w:t>
      </w:r>
      <w:r w:rsidR="004A2DD3">
        <w:t xml:space="preserve"> B</w:t>
      </w:r>
      <w:r w:rsidR="00694338">
        <w:t>oard o</w:t>
      </w:r>
      <w:r w:rsidR="00C51D87">
        <w:t xml:space="preserve">f </w:t>
      </w:r>
      <w:r w:rsidR="008F47BB">
        <w:t xml:space="preserve">Management </w:t>
      </w:r>
      <w:proofErr w:type="gramStart"/>
      <w:r w:rsidR="008F47BB">
        <w:t>o</w:t>
      </w:r>
      <w:r w:rsidR="009A360B">
        <w:t xml:space="preserve">n </w:t>
      </w:r>
      <w:r>
        <w:t>:</w:t>
      </w:r>
      <w:proofErr w:type="gramEnd"/>
      <w:r>
        <w:t xml:space="preserve"> </w:t>
      </w:r>
      <w:r w:rsidR="00E501D3">
        <w:t xml:space="preserve">XXX </w:t>
      </w:r>
      <w:r>
        <w:t>September 202</w:t>
      </w:r>
      <w:r w:rsidR="00E972DD">
        <w:t>6</w:t>
      </w:r>
    </w:p>
    <w:p w14:paraId="37F87E7C" w14:textId="77777777" w:rsidR="00A24663" w:rsidRDefault="00A24663"/>
    <w:p w14:paraId="31BC20A3" w14:textId="4F023655" w:rsidR="00654FF2" w:rsidRDefault="00A24663">
      <w:r>
        <w:t>Chairperson: ___________________________________</w:t>
      </w:r>
    </w:p>
    <w:p w14:paraId="097ED519" w14:textId="77777777" w:rsidR="00A24663" w:rsidRDefault="00A24663"/>
    <w:p w14:paraId="01B90CB2" w14:textId="7E90DFAA" w:rsidR="0019185A" w:rsidRDefault="005329D2">
      <w:proofErr w:type="gramStart"/>
      <w:r>
        <w:t xml:space="preserve">Principal </w:t>
      </w:r>
      <w:r w:rsidR="0019185A">
        <w:t>:</w:t>
      </w:r>
      <w:proofErr w:type="gramEnd"/>
      <w:r w:rsidR="005F30B8">
        <w:t xml:space="preserve"> ______________________________________</w:t>
      </w:r>
    </w:p>
    <w:p w14:paraId="74A1BEE0" w14:textId="77777777" w:rsidR="00A959E7" w:rsidRDefault="00A959E7"/>
    <w:tbl>
      <w:tblPr>
        <w:tblStyle w:val="TableGrid"/>
        <w:tblW w:w="0" w:type="auto"/>
        <w:tblLook w:val="04A0" w:firstRow="1" w:lastRow="0" w:firstColumn="1" w:lastColumn="0" w:noHBand="0" w:noVBand="1"/>
      </w:tblPr>
      <w:tblGrid>
        <w:gridCol w:w="1780"/>
        <w:gridCol w:w="6197"/>
        <w:gridCol w:w="1949"/>
      </w:tblGrid>
      <w:tr w:rsidR="00A959E7" w14:paraId="0A3BE63C" w14:textId="77777777" w:rsidTr="004E0F1F">
        <w:tc>
          <w:tcPr>
            <w:tcW w:w="1809" w:type="dxa"/>
          </w:tcPr>
          <w:p w14:paraId="189AD497" w14:textId="616FEA3B" w:rsidR="00A959E7" w:rsidRDefault="004E0F1F" w:rsidP="00E3627E">
            <w:pPr>
              <w:jc w:val="center"/>
              <w:rPr>
                <w:b/>
              </w:rPr>
            </w:pPr>
            <w:r>
              <w:rPr>
                <w:b/>
              </w:rPr>
              <w:t>Version</w:t>
            </w:r>
          </w:p>
        </w:tc>
        <w:tc>
          <w:tcPr>
            <w:tcW w:w="6379" w:type="dxa"/>
          </w:tcPr>
          <w:p w14:paraId="06DA690B" w14:textId="551E5954" w:rsidR="00A959E7" w:rsidRDefault="004E0F1F" w:rsidP="00E3627E">
            <w:pPr>
              <w:jc w:val="center"/>
              <w:rPr>
                <w:b/>
              </w:rPr>
            </w:pPr>
            <w:r>
              <w:rPr>
                <w:b/>
              </w:rPr>
              <w:t>Changes</w:t>
            </w:r>
          </w:p>
        </w:tc>
        <w:tc>
          <w:tcPr>
            <w:tcW w:w="1964" w:type="dxa"/>
          </w:tcPr>
          <w:p w14:paraId="03FC89B7" w14:textId="0B1662AD" w:rsidR="00A959E7" w:rsidRDefault="004E0F1F" w:rsidP="00E3627E">
            <w:pPr>
              <w:jc w:val="center"/>
              <w:rPr>
                <w:b/>
              </w:rPr>
            </w:pPr>
            <w:r>
              <w:rPr>
                <w:b/>
              </w:rPr>
              <w:t>Date Ratified by the Board of Management</w:t>
            </w:r>
          </w:p>
        </w:tc>
      </w:tr>
      <w:tr w:rsidR="00A959E7" w:rsidRPr="001E3608" w14:paraId="16271AFE" w14:textId="77777777" w:rsidTr="004E0F1F">
        <w:tc>
          <w:tcPr>
            <w:tcW w:w="1809" w:type="dxa"/>
          </w:tcPr>
          <w:p w14:paraId="36FC3A7A" w14:textId="621C6B5A" w:rsidR="00A959E7" w:rsidRPr="001E3608" w:rsidRDefault="005329D2" w:rsidP="00E3627E">
            <w:pPr>
              <w:jc w:val="center"/>
              <w:rPr>
                <w:bCs/>
              </w:rPr>
            </w:pPr>
            <w:r>
              <w:rPr>
                <w:bCs/>
              </w:rPr>
              <w:t>1</w:t>
            </w:r>
          </w:p>
        </w:tc>
        <w:tc>
          <w:tcPr>
            <w:tcW w:w="6379" w:type="dxa"/>
          </w:tcPr>
          <w:p w14:paraId="055C3A62" w14:textId="499E3BA1" w:rsidR="00A959E7" w:rsidRPr="001E3608" w:rsidRDefault="005329D2" w:rsidP="001E3608">
            <w:pPr>
              <w:rPr>
                <w:bCs/>
              </w:rPr>
            </w:pPr>
            <w:r>
              <w:rPr>
                <w:bCs/>
              </w:rPr>
              <w:t>New document to s</w:t>
            </w:r>
            <w:r w:rsidR="00AD1CBB" w:rsidRPr="001E3608">
              <w:rPr>
                <w:bCs/>
              </w:rPr>
              <w:t>upersede</w:t>
            </w:r>
            <w:r>
              <w:rPr>
                <w:bCs/>
              </w:rPr>
              <w:t xml:space="preserve"> the</w:t>
            </w:r>
            <w:r w:rsidR="00AD1CBB" w:rsidRPr="001E3608">
              <w:rPr>
                <w:bCs/>
              </w:rPr>
              <w:t xml:space="preserve"> Parent Code of Conduct</w:t>
            </w:r>
          </w:p>
        </w:tc>
        <w:tc>
          <w:tcPr>
            <w:tcW w:w="1964" w:type="dxa"/>
          </w:tcPr>
          <w:p w14:paraId="3E386FD5" w14:textId="77777777" w:rsidR="00A959E7" w:rsidRPr="001E3608" w:rsidRDefault="00A959E7" w:rsidP="00E3627E">
            <w:pPr>
              <w:jc w:val="center"/>
              <w:rPr>
                <w:bCs/>
              </w:rPr>
            </w:pPr>
          </w:p>
        </w:tc>
      </w:tr>
    </w:tbl>
    <w:p w14:paraId="239B51B8" w14:textId="7F23F777" w:rsidR="006D28A1" w:rsidRDefault="006D28A1"/>
    <w:p w14:paraId="21D98CB0" w14:textId="77777777" w:rsidR="006D28A1" w:rsidRDefault="006D28A1">
      <w:r>
        <w:br w:type="page"/>
      </w:r>
    </w:p>
    <w:p w14:paraId="209A8AB4" w14:textId="4F3FF983" w:rsidR="000064BE" w:rsidRDefault="000064BE" w:rsidP="000064BE">
      <w:pPr>
        <w:pStyle w:val="Heading1"/>
      </w:pPr>
      <w:r>
        <w:lastRenderedPageBreak/>
        <w:t xml:space="preserve">Appendix 1: Examples of Unacceptable </w:t>
      </w:r>
      <w:proofErr w:type="spellStart"/>
      <w:r>
        <w:t>Behaviour</w:t>
      </w:r>
      <w:proofErr w:type="spellEnd"/>
      <w:r w:rsidR="00F42378">
        <w:t xml:space="preserve"> (</w:t>
      </w:r>
      <w:r w:rsidR="001F2F31">
        <w:t>not ex</w:t>
      </w:r>
      <w:r w:rsidR="00033CF9">
        <w:t>ha</w:t>
      </w:r>
      <w:r w:rsidR="00943096">
        <w:t>ustive</w:t>
      </w:r>
      <w:r w:rsidR="005F30B8">
        <w:t>)</w:t>
      </w:r>
    </w:p>
    <w:p w14:paraId="63C7CCB1" w14:textId="77777777" w:rsidR="000064BE" w:rsidRDefault="000064BE" w:rsidP="000064BE">
      <w:pPr>
        <w:pStyle w:val="ListBullet"/>
      </w:pPr>
      <w:r>
        <w:t>Aggressive emails</w:t>
      </w:r>
    </w:p>
    <w:p w14:paraId="03049013" w14:textId="77777777" w:rsidR="000064BE" w:rsidRDefault="000064BE" w:rsidP="000064BE">
      <w:pPr>
        <w:pStyle w:val="ListBullet"/>
      </w:pPr>
      <w:r>
        <w:t>Repeated hostile correspondence</w:t>
      </w:r>
    </w:p>
    <w:p w14:paraId="6117E059" w14:textId="77777777" w:rsidR="000064BE" w:rsidRDefault="000064BE" w:rsidP="000064BE">
      <w:pPr>
        <w:pStyle w:val="ListBullet"/>
      </w:pPr>
      <w:r>
        <w:t>Public criticism of staff on social media</w:t>
      </w:r>
    </w:p>
    <w:p w14:paraId="6C06A00E" w14:textId="77777777" w:rsidR="000064BE" w:rsidRDefault="000064BE" w:rsidP="000064BE">
      <w:pPr>
        <w:pStyle w:val="ListBullet"/>
      </w:pPr>
      <w:r>
        <w:t>Threats or intimidation</w:t>
      </w:r>
    </w:p>
    <w:p w14:paraId="5537353E" w14:textId="77777777" w:rsidR="000064BE" w:rsidRDefault="000064BE" w:rsidP="000064BE">
      <w:pPr>
        <w:pStyle w:val="ListBullet"/>
      </w:pPr>
      <w:r>
        <w:t>Recording meetings without agreement</w:t>
      </w:r>
    </w:p>
    <w:p w14:paraId="4202649D" w14:textId="77777777" w:rsidR="000064BE" w:rsidRDefault="000064BE" w:rsidP="000064BE">
      <w:pPr>
        <w:pStyle w:val="ListBullet"/>
      </w:pPr>
      <w:r>
        <w:t>Approaching staff in inappropriate settings to pursue disputes</w:t>
      </w:r>
    </w:p>
    <w:p w14:paraId="1256E7A3" w14:textId="77777777" w:rsidR="004F7591" w:rsidRDefault="004F7591"/>
    <w:sectPr w:rsidR="004F7591" w:rsidSect="00034616">
      <w:pgSz w:w="12240" w:h="15840"/>
      <w:pgMar w:top="1440" w:right="1152" w:bottom="144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pitch w:val="fixed"/>
    <w:sig w:usb0="00000003" w:usb1="00000000" w:usb2="00000000" w:usb3="00000000" w:csb0="00000001"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A8573D"/>
    <w:multiLevelType w:val="multilevel"/>
    <w:tmpl w:val="EB92F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F6D6D1B"/>
    <w:multiLevelType w:val="multilevel"/>
    <w:tmpl w:val="CD26A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4C3438C"/>
    <w:multiLevelType w:val="multilevel"/>
    <w:tmpl w:val="3F422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5911749"/>
    <w:multiLevelType w:val="multilevel"/>
    <w:tmpl w:val="E29E5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E3631A"/>
    <w:multiLevelType w:val="multilevel"/>
    <w:tmpl w:val="5B0EA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8A5203"/>
    <w:multiLevelType w:val="multilevel"/>
    <w:tmpl w:val="03787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C609EB"/>
    <w:multiLevelType w:val="multilevel"/>
    <w:tmpl w:val="49DE5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8806657"/>
    <w:multiLevelType w:val="multilevel"/>
    <w:tmpl w:val="C3088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8FF0AD0"/>
    <w:multiLevelType w:val="multilevel"/>
    <w:tmpl w:val="ED580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A41294A"/>
    <w:multiLevelType w:val="multilevel"/>
    <w:tmpl w:val="560EE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4FC5CBF"/>
    <w:multiLevelType w:val="multilevel"/>
    <w:tmpl w:val="BC465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DD6FA6"/>
    <w:multiLevelType w:val="multilevel"/>
    <w:tmpl w:val="12A48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3624F08"/>
    <w:multiLevelType w:val="multilevel"/>
    <w:tmpl w:val="3E92F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86A3F97"/>
    <w:multiLevelType w:val="multilevel"/>
    <w:tmpl w:val="B0321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1903A9B"/>
    <w:multiLevelType w:val="multilevel"/>
    <w:tmpl w:val="37BEC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8D40B9F"/>
    <w:multiLevelType w:val="multilevel"/>
    <w:tmpl w:val="1A3CE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BAE7E08"/>
    <w:multiLevelType w:val="multilevel"/>
    <w:tmpl w:val="78608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2023F34"/>
    <w:multiLevelType w:val="multilevel"/>
    <w:tmpl w:val="E2E64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6E9567C"/>
    <w:multiLevelType w:val="multilevel"/>
    <w:tmpl w:val="5C14F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08162150">
    <w:abstractNumId w:val="0"/>
  </w:num>
  <w:num w:numId="2" w16cid:durableId="1291479830">
    <w:abstractNumId w:val="7"/>
  </w:num>
  <w:num w:numId="3" w16cid:durableId="1369723588">
    <w:abstractNumId w:val="8"/>
  </w:num>
  <w:num w:numId="4" w16cid:durableId="1544362671">
    <w:abstractNumId w:val="1"/>
  </w:num>
  <w:num w:numId="5" w16cid:durableId="1565414200">
    <w:abstractNumId w:val="3"/>
  </w:num>
  <w:num w:numId="6" w16cid:durableId="18045869">
    <w:abstractNumId w:val="6"/>
  </w:num>
  <w:num w:numId="7" w16cid:durableId="1932471535">
    <w:abstractNumId w:val="2"/>
  </w:num>
  <w:num w:numId="8" w16cid:durableId="471603643">
    <w:abstractNumId w:val="4"/>
  </w:num>
  <w:num w:numId="9" w16cid:durableId="474490021">
    <w:abstractNumId w:val="5"/>
  </w:num>
  <w:num w:numId="10" w16cid:durableId="1219241620">
    <w:abstractNumId w:val="11"/>
  </w:num>
  <w:num w:numId="11" w16cid:durableId="76631606">
    <w:abstractNumId w:val="16"/>
  </w:num>
  <w:num w:numId="12" w16cid:durableId="449740533">
    <w:abstractNumId w:val="14"/>
  </w:num>
  <w:num w:numId="13" w16cid:durableId="585848899">
    <w:abstractNumId w:val="26"/>
  </w:num>
  <w:num w:numId="14" w16cid:durableId="1322856685">
    <w:abstractNumId w:val="21"/>
  </w:num>
  <w:num w:numId="15" w16cid:durableId="1388338029">
    <w:abstractNumId w:val="17"/>
  </w:num>
  <w:num w:numId="16" w16cid:durableId="2048479896">
    <w:abstractNumId w:val="18"/>
  </w:num>
  <w:num w:numId="17" w16cid:durableId="2029912480">
    <w:abstractNumId w:val="23"/>
  </w:num>
  <w:num w:numId="18" w16cid:durableId="1399744698">
    <w:abstractNumId w:val="9"/>
  </w:num>
  <w:num w:numId="19" w16cid:durableId="1153107332">
    <w:abstractNumId w:val="24"/>
  </w:num>
  <w:num w:numId="20" w16cid:durableId="1373457963">
    <w:abstractNumId w:val="15"/>
  </w:num>
  <w:num w:numId="21" w16cid:durableId="139075823">
    <w:abstractNumId w:val="20"/>
  </w:num>
  <w:num w:numId="22" w16cid:durableId="1697198327">
    <w:abstractNumId w:val="12"/>
  </w:num>
  <w:num w:numId="23" w16cid:durableId="186068332">
    <w:abstractNumId w:val="22"/>
  </w:num>
  <w:num w:numId="24" w16cid:durableId="2121025685">
    <w:abstractNumId w:val="10"/>
  </w:num>
  <w:num w:numId="25" w16cid:durableId="678502319">
    <w:abstractNumId w:val="13"/>
  </w:num>
  <w:num w:numId="26" w16cid:durableId="782194012">
    <w:abstractNumId w:val="25"/>
  </w:num>
  <w:num w:numId="27" w16cid:durableId="908808476">
    <w:abstractNumId w:val="19"/>
  </w:num>
  <w:num w:numId="28" w16cid:durableId="192453150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64BE"/>
    <w:rsid w:val="000221FA"/>
    <w:rsid w:val="00033CF9"/>
    <w:rsid w:val="00034616"/>
    <w:rsid w:val="00057AA9"/>
    <w:rsid w:val="0006063C"/>
    <w:rsid w:val="0007122C"/>
    <w:rsid w:val="000947B8"/>
    <w:rsid w:val="0015074B"/>
    <w:rsid w:val="0019185A"/>
    <w:rsid w:val="00196822"/>
    <w:rsid w:val="001A3C78"/>
    <w:rsid w:val="001E3608"/>
    <w:rsid w:val="001F2F31"/>
    <w:rsid w:val="00200956"/>
    <w:rsid w:val="00211DB4"/>
    <w:rsid w:val="00213341"/>
    <w:rsid w:val="0029639D"/>
    <w:rsid w:val="00326F90"/>
    <w:rsid w:val="00374C5A"/>
    <w:rsid w:val="003B4D88"/>
    <w:rsid w:val="0044745A"/>
    <w:rsid w:val="004916AB"/>
    <w:rsid w:val="004924F0"/>
    <w:rsid w:val="0049581F"/>
    <w:rsid w:val="004A2DD3"/>
    <w:rsid w:val="004B708F"/>
    <w:rsid w:val="004D0828"/>
    <w:rsid w:val="004E0F1F"/>
    <w:rsid w:val="004E17E8"/>
    <w:rsid w:val="004F7591"/>
    <w:rsid w:val="00513579"/>
    <w:rsid w:val="00513F4D"/>
    <w:rsid w:val="005329D2"/>
    <w:rsid w:val="005E6B80"/>
    <w:rsid w:val="005F30B8"/>
    <w:rsid w:val="0061324D"/>
    <w:rsid w:val="00654FF2"/>
    <w:rsid w:val="00694338"/>
    <w:rsid w:val="006A1099"/>
    <w:rsid w:val="006B255D"/>
    <w:rsid w:val="006D28A1"/>
    <w:rsid w:val="00700317"/>
    <w:rsid w:val="00743991"/>
    <w:rsid w:val="00755174"/>
    <w:rsid w:val="00755401"/>
    <w:rsid w:val="00786219"/>
    <w:rsid w:val="00795FE5"/>
    <w:rsid w:val="007C695B"/>
    <w:rsid w:val="007E5D4B"/>
    <w:rsid w:val="008051AB"/>
    <w:rsid w:val="0082485E"/>
    <w:rsid w:val="00894EA2"/>
    <w:rsid w:val="008F47BB"/>
    <w:rsid w:val="009131F6"/>
    <w:rsid w:val="0091718B"/>
    <w:rsid w:val="00943096"/>
    <w:rsid w:val="00984174"/>
    <w:rsid w:val="009A360B"/>
    <w:rsid w:val="00A052D7"/>
    <w:rsid w:val="00A24663"/>
    <w:rsid w:val="00A261A8"/>
    <w:rsid w:val="00A44974"/>
    <w:rsid w:val="00A959E7"/>
    <w:rsid w:val="00AA1D8D"/>
    <w:rsid w:val="00AA5EE4"/>
    <w:rsid w:val="00AD1CBB"/>
    <w:rsid w:val="00B22B5F"/>
    <w:rsid w:val="00B245AF"/>
    <w:rsid w:val="00B418C5"/>
    <w:rsid w:val="00B47730"/>
    <w:rsid w:val="00B60F3A"/>
    <w:rsid w:val="00B7539F"/>
    <w:rsid w:val="00B972F1"/>
    <w:rsid w:val="00BD1F26"/>
    <w:rsid w:val="00BD340F"/>
    <w:rsid w:val="00BD418F"/>
    <w:rsid w:val="00C46810"/>
    <w:rsid w:val="00C51D87"/>
    <w:rsid w:val="00C70144"/>
    <w:rsid w:val="00C97255"/>
    <w:rsid w:val="00CB0664"/>
    <w:rsid w:val="00D65229"/>
    <w:rsid w:val="00D67936"/>
    <w:rsid w:val="00D742BC"/>
    <w:rsid w:val="00DA7138"/>
    <w:rsid w:val="00DE11EF"/>
    <w:rsid w:val="00DF70DA"/>
    <w:rsid w:val="00E00F94"/>
    <w:rsid w:val="00E3627E"/>
    <w:rsid w:val="00E501D3"/>
    <w:rsid w:val="00E65DB2"/>
    <w:rsid w:val="00E90607"/>
    <w:rsid w:val="00E972DD"/>
    <w:rsid w:val="00EA77F8"/>
    <w:rsid w:val="00EC0CBA"/>
    <w:rsid w:val="00F42378"/>
    <w:rsid w:val="00F47B6A"/>
    <w:rsid w:val="00FA5081"/>
    <w:rsid w:val="00FA5D31"/>
    <w:rsid w:val="00FB4EA1"/>
    <w:rsid w:val="00FC693F"/>
    <w:rsid w:val="00FD01D5"/>
    <w:rsid w:val="00FE5242"/>
    <w:rsid w:val="2A46C65B"/>
    <w:rsid w:val="4BABC6A9"/>
    <w:rsid w:val="5E3435A7"/>
    <w:rsid w:val="6847FC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30"/>
  <w15:docId w15:val="{BB7EFE3A-B8A1-4B44-BB6D-6E54DDEB4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3"/>
      </w:numPr>
      <w:contextualSpacing/>
    </w:pPr>
  </w:style>
  <w:style w:type="paragraph" w:styleId="ListBullet2">
    <w:name w:val="List Bullet 2"/>
    <w:basedOn w:val="Normal"/>
    <w:uiPriority w:val="99"/>
    <w:unhideWhenUsed/>
    <w:rsid w:val="00326F90"/>
    <w:pPr>
      <w:numPr>
        <w:numId w:val="6"/>
      </w:numPr>
      <w:contextualSpacing/>
    </w:pPr>
  </w:style>
  <w:style w:type="paragraph" w:styleId="ListBullet3">
    <w:name w:val="List Bullet 3"/>
    <w:basedOn w:val="Normal"/>
    <w:uiPriority w:val="99"/>
    <w:unhideWhenUsed/>
    <w:rsid w:val="00326F90"/>
    <w:pPr>
      <w:numPr>
        <w:numId w:val="9"/>
      </w:numPr>
      <w:contextualSpacing/>
    </w:pPr>
  </w:style>
  <w:style w:type="paragraph" w:styleId="ListNumber">
    <w:name w:val="List Number"/>
    <w:basedOn w:val="Normal"/>
    <w:uiPriority w:val="99"/>
    <w:unhideWhenUsed/>
    <w:rsid w:val="00326F90"/>
    <w:pPr>
      <w:numPr>
        <w:numId w:val="2"/>
      </w:numPr>
      <w:contextualSpacing/>
    </w:pPr>
  </w:style>
  <w:style w:type="paragraph" w:styleId="ListNumber2">
    <w:name w:val="List Number 2"/>
    <w:basedOn w:val="Normal"/>
    <w:uiPriority w:val="99"/>
    <w:unhideWhenUsed/>
    <w:rsid w:val="0029639D"/>
    <w:pPr>
      <w:numPr>
        <w:numId w:val="5"/>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1">
    <w:name w:val="Colorful Shading - Accent 1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1">
    <w:name w:val="Colorful Shading - Accent 2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1">
    <w:name w:val="Colorful Shading - Accent 31"/>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ColorfulShading-Accent41">
    <w:name w:val="Colorful Shading - Accent 41"/>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1">
    <w:name w:val="Colorful Shading - Accent 51"/>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1">
    <w:name w:val="Colorful Shading - Accent 61"/>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1">
    <w:name w:val="Colorful List - Accent 1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olorfulList-Accent21">
    <w:name w:val="Colorful List - Accent 21"/>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1">
    <w:name w:val="Colorful List - Accent 31"/>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1">
    <w:name w:val="Colorful List - Accent 41"/>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List-Accent51">
    <w:name w:val="Colorful List - Accent 51"/>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List-Accent61">
    <w:name w:val="Colorful List - Accent 61"/>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1">
    <w:name w:val="Colorful Grid - Accent 1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ColorfulGrid-Accent21">
    <w:name w:val="Colorful Grid - Accent 2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ColorfulGrid-Accent31">
    <w:name w:val="Colorful Grid - Accent 3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ColorfulGrid-Accent41">
    <w:name w:val="Colorful Grid - Accent 4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ColorfulGrid-Accent51">
    <w:name w:val="Colorful Grid - Accent 5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ColorfulGrid-Accent61">
    <w:name w:val="Colorful Grid - Accent 6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CommentReference">
    <w:name w:val="annotation reference"/>
    <w:basedOn w:val="DefaultParagraphFont"/>
    <w:uiPriority w:val="99"/>
    <w:semiHidden/>
    <w:unhideWhenUsed/>
    <w:rsid w:val="0007122C"/>
    <w:rPr>
      <w:sz w:val="16"/>
      <w:szCs w:val="16"/>
    </w:rPr>
  </w:style>
  <w:style w:type="paragraph" w:styleId="CommentText">
    <w:name w:val="annotation text"/>
    <w:basedOn w:val="Normal"/>
    <w:link w:val="CommentTextChar"/>
    <w:uiPriority w:val="99"/>
    <w:unhideWhenUsed/>
    <w:rsid w:val="0007122C"/>
    <w:pPr>
      <w:spacing w:line="240" w:lineRule="auto"/>
    </w:pPr>
    <w:rPr>
      <w:sz w:val="20"/>
      <w:szCs w:val="20"/>
    </w:rPr>
  </w:style>
  <w:style w:type="character" w:customStyle="1" w:styleId="CommentTextChar">
    <w:name w:val="Comment Text Char"/>
    <w:basedOn w:val="DefaultParagraphFont"/>
    <w:link w:val="CommentText"/>
    <w:uiPriority w:val="99"/>
    <w:rsid w:val="0007122C"/>
    <w:rPr>
      <w:sz w:val="20"/>
      <w:szCs w:val="20"/>
    </w:rPr>
  </w:style>
  <w:style w:type="paragraph" w:styleId="CommentSubject">
    <w:name w:val="annotation subject"/>
    <w:basedOn w:val="CommentText"/>
    <w:next w:val="CommentText"/>
    <w:link w:val="CommentSubjectChar"/>
    <w:uiPriority w:val="99"/>
    <w:semiHidden/>
    <w:unhideWhenUsed/>
    <w:rsid w:val="0007122C"/>
    <w:rPr>
      <w:b/>
      <w:bCs/>
    </w:rPr>
  </w:style>
  <w:style w:type="character" w:customStyle="1" w:styleId="CommentSubjectChar">
    <w:name w:val="Comment Subject Char"/>
    <w:basedOn w:val="CommentTextChar"/>
    <w:link w:val="CommentSubject"/>
    <w:uiPriority w:val="99"/>
    <w:semiHidden/>
    <w:rsid w:val="0007122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Metadata/LabelInfo.xml><?xml version="1.0" encoding="utf-8"?>
<clbl:labelList xmlns:clbl="http://schemas.microsoft.com/office/2020/mipLabelMetadata">
  <clbl:label id="{07ebe5c7-e084-4e74-ba6d-1e4d39aec258}" enabled="1" method="Privileged" siteId="{76b5c509-8a79-4348-8160-d0308cb78a66}"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8</Pages>
  <Words>1325</Words>
  <Characters>7556</Characters>
  <Application>Microsoft Office Word</Application>
  <DocSecurity>0</DocSecurity>
  <Lines>62</Lines>
  <Paragraphs>17</Paragraphs>
  <ScaleCrop>false</ScaleCrop>
  <Manager/>
  <Company/>
  <LinksUpToDate>false</LinksUpToDate>
  <CharactersWithSpaces>8864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Carey</dc:creator>
  <cp:keywords/>
  <dc:description>generated by python-docx</dc:description>
  <cp:lastModifiedBy>ciaran o toole</cp:lastModifiedBy>
  <cp:revision>2</cp:revision>
  <dcterms:created xsi:type="dcterms:W3CDTF">2026-08-31T08:55:00Z</dcterms:created>
  <dcterms:modified xsi:type="dcterms:W3CDTF">2026-08-31T08:55:00Z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-1001451427</vt:i4>
  </property>
  <property fmtid="{D5CDD505-2E9C-101B-9397-08002B2CF9AE}" pid="3" name="_NewReviewCycle">
    <vt:lpwstr/>
  </property>
  <property fmtid="{D5CDD505-2E9C-101B-9397-08002B2CF9AE}" pid="4" name="_EmailSubject">
    <vt:lpwstr>have a look</vt:lpwstr>
  </property>
  <property fmtid="{D5CDD505-2E9C-101B-9397-08002B2CF9AE}" pid="5" name="_AuthorEmail">
    <vt:lpwstr>nicola.carey@vhi.ie</vt:lpwstr>
  </property>
  <property fmtid="{D5CDD505-2E9C-101B-9397-08002B2CF9AE}" pid="6" name="_AuthorEmailDisplayName">
    <vt:lpwstr>Nicola Carey</vt:lpwstr>
  </property>
</Properties>
</file>